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F60D15" w14:textId="77777777" w:rsidR="008263AB" w:rsidRPr="008263AB" w:rsidRDefault="008263AB" w:rsidP="008263AB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Style w:val="KlavuzuTablo4-Vurgu5"/>
        <w:tblW w:w="0" w:type="auto"/>
        <w:tblLook w:val="04A0" w:firstRow="1" w:lastRow="0" w:firstColumn="1" w:lastColumn="0" w:noHBand="0" w:noVBand="1"/>
      </w:tblPr>
      <w:tblGrid>
        <w:gridCol w:w="1246"/>
        <w:gridCol w:w="1134"/>
        <w:gridCol w:w="1908"/>
        <w:gridCol w:w="2788"/>
        <w:gridCol w:w="1718"/>
        <w:gridCol w:w="978"/>
        <w:gridCol w:w="1018"/>
      </w:tblGrid>
      <w:tr w:rsidR="00D56BDC" w:rsidRPr="008263AB" w14:paraId="1A5CCDD9" w14:textId="77777777" w:rsidTr="00D56B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6" w:type="dxa"/>
            <w:vAlign w:val="center"/>
          </w:tcPr>
          <w:p w14:paraId="7A064940" w14:textId="77777777" w:rsidR="005E6F42" w:rsidRPr="008263AB" w:rsidRDefault="007B73DE" w:rsidP="008263AB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Hafta</w:t>
            </w:r>
            <w:proofErr w:type="spellEnd"/>
          </w:p>
        </w:tc>
        <w:tc>
          <w:tcPr>
            <w:tcW w:w="1134" w:type="dxa"/>
            <w:vAlign w:val="center"/>
          </w:tcPr>
          <w:p w14:paraId="5E351A34" w14:textId="77777777" w:rsidR="005E6F42" w:rsidRPr="008263AB" w:rsidRDefault="007B73DE" w:rsidP="008263A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Tarih</w:t>
            </w:r>
            <w:proofErr w:type="spellEnd"/>
          </w:p>
        </w:tc>
        <w:tc>
          <w:tcPr>
            <w:tcW w:w="1908" w:type="dxa"/>
            <w:vAlign w:val="center"/>
          </w:tcPr>
          <w:p w14:paraId="363B23C5" w14:textId="77777777" w:rsidR="005E6F42" w:rsidRPr="008263AB" w:rsidRDefault="007B73DE" w:rsidP="008263A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Faaliyet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Konusu</w:t>
            </w:r>
            <w:proofErr w:type="spellEnd"/>
          </w:p>
        </w:tc>
        <w:tc>
          <w:tcPr>
            <w:tcW w:w="0" w:type="auto"/>
            <w:vAlign w:val="center"/>
          </w:tcPr>
          <w:p w14:paraId="15D7FF1B" w14:textId="77777777" w:rsidR="005E6F42" w:rsidRPr="008263AB" w:rsidRDefault="007B73DE" w:rsidP="008263A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Yapılacak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İşlemler</w:t>
            </w:r>
            <w:proofErr w:type="spellEnd"/>
          </w:p>
        </w:tc>
        <w:tc>
          <w:tcPr>
            <w:tcW w:w="0" w:type="auto"/>
            <w:vAlign w:val="center"/>
          </w:tcPr>
          <w:p w14:paraId="1A626DAD" w14:textId="77777777" w:rsidR="005E6F42" w:rsidRPr="008263AB" w:rsidRDefault="007B73DE" w:rsidP="008263A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Sorumlular</w:t>
            </w:r>
            <w:proofErr w:type="spellEnd"/>
          </w:p>
        </w:tc>
        <w:tc>
          <w:tcPr>
            <w:tcW w:w="0" w:type="auto"/>
            <w:vAlign w:val="center"/>
          </w:tcPr>
          <w:p w14:paraId="4D164889" w14:textId="77777777" w:rsidR="005E6F42" w:rsidRPr="008263AB" w:rsidRDefault="007B73DE" w:rsidP="008263A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Toplantı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0" w:type="auto"/>
            <w:vAlign w:val="center"/>
          </w:tcPr>
          <w:p w14:paraId="6AE97C92" w14:textId="77777777" w:rsidR="005E6F42" w:rsidRPr="008263AB" w:rsidRDefault="007B73DE" w:rsidP="008263A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Toplantı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Yeri</w:t>
            </w:r>
            <w:proofErr w:type="spellEnd"/>
          </w:p>
        </w:tc>
      </w:tr>
      <w:tr w:rsidR="00D56BDC" w:rsidRPr="008263AB" w14:paraId="1E8F516C" w14:textId="77777777" w:rsidTr="00D56B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6" w:type="dxa"/>
            <w:vAlign w:val="center"/>
          </w:tcPr>
          <w:p w14:paraId="7551CB61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Hafta</w:t>
            </w:r>
            <w:proofErr w:type="spellEnd"/>
          </w:p>
        </w:tc>
        <w:tc>
          <w:tcPr>
            <w:tcW w:w="1134" w:type="dxa"/>
            <w:vAlign w:val="center"/>
          </w:tcPr>
          <w:p w14:paraId="5DF4485D" w14:textId="39B0DAD9" w:rsidR="005E6F42" w:rsidRPr="008263AB" w:rsidRDefault="00C40A27" w:rsidP="008263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40A27">
              <w:rPr>
                <w:rFonts w:ascii="Times New Roman" w:hAnsi="Times New Roman" w:cs="Times New Roman"/>
                <w:sz w:val="20"/>
                <w:szCs w:val="20"/>
              </w:rPr>
              <w:t>06.01.2026</w:t>
            </w:r>
          </w:p>
        </w:tc>
        <w:tc>
          <w:tcPr>
            <w:tcW w:w="1908" w:type="dxa"/>
            <w:vAlign w:val="center"/>
          </w:tcPr>
          <w:p w14:paraId="7F890900" w14:textId="2D0A06EB" w:rsidR="005E6F42" w:rsidRPr="008263AB" w:rsidRDefault="00AB6052" w:rsidP="009959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FB139D" w:rsidRPr="00C40A27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r w:rsidR="009959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95930">
              <w:rPr>
                <w:rFonts w:ascii="Times New Roman" w:hAnsi="Times New Roman" w:cs="Times New Roman"/>
                <w:sz w:val="20"/>
                <w:szCs w:val="20"/>
              </w:rPr>
              <w:t>B</w:t>
            </w:r>
            <w:r w:rsidR="00FB139D" w:rsidRPr="00C40A27">
              <w:rPr>
                <w:rFonts w:ascii="Times New Roman" w:hAnsi="Times New Roman" w:cs="Times New Roman"/>
                <w:sz w:val="20"/>
                <w:szCs w:val="20"/>
              </w:rPr>
              <w:t>ilim</w:t>
            </w:r>
            <w:proofErr w:type="spellEnd"/>
            <w:r w:rsidR="00FB139D" w:rsidRPr="00C40A2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95930">
              <w:rPr>
                <w:rFonts w:ascii="Times New Roman" w:hAnsi="Times New Roman" w:cs="Times New Roman"/>
                <w:sz w:val="20"/>
                <w:szCs w:val="20"/>
              </w:rPr>
              <w:t xml:space="preserve">Dalı </w:t>
            </w:r>
            <w:proofErr w:type="spellStart"/>
            <w:r w:rsidR="00995930">
              <w:rPr>
                <w:rFonts w:ascii="Times New Roman" w:hAnsi="Times New Roman" w:cs="Times New Roman"/>
                <w:sz w:val="20"/>
                <w:szCs w:val="20"/>
              </w:rPr>
              <w:t>tanıtım</w:t>
            </w:r>
            <w:proofErr w:type="spellEnd"/>
            <w:r w:rsidR="009959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95930">
              <w:rPr>
                <w:rFonts w:ascii="Times New Roman" w:hAnsi="Times New Roman" w:cs="Times New Roman"/>
                <w:sz w:val="20"/>
                <w:szCs w:val="20"/>
              </w:rPr>
              <w:t>videolarının</w:t>
            </w:r>
            <w:proofErr w:type="spellEnd"/>
            <w:r w:rsidR="009959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95930">
              <w:rPr>
                <w:rFonts w:ascii="Times New Roman" w:hAnsi="Times New Roman" w:cs="Times New Roman"/>
                <w:sz w:val="20"/>
                <w:szCs w:val="20"/>
              </w:rPr>
              <w:t>hazırlanması</w:t>
            </w:r>
            <w:proofErr w:type="spellEnd"/>
          </w:p>
        </w:tc>
        <w:tc>
          <w:tcPr>
            <w:tcW w:w="0" w:type="auto"/>
            <w:vAlign w:val="center"/>
          </w:tcPr>
          <w:p w14:paraId="472B3072" w14:textId="25C1472E" w:rsidR="005E6F42" w:rsidRPr="008263AB" w:rsidRDefault="00C40A27" w:rsidP="009959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40A27">
              <w:rPr>
                <w:rFonts w:ascii="Times New Roman" w:hAnsi="Times New Roman" w:cs="Times New Roman"/>
                <w:sz w:val="20"/>
                <w:szCs w:val="20"/>
              </w:rPr>
              <w:t>Ana</w:t>
            </w:r>
            <w:r w:rsidR="009959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95930">
              <w:rPr>
                <w:rFonts w:ascii="Times New Roman" w:hAnsi="Times New Roman" w:cs="Times New Roman"/>
                <w:sz w:val="20"/>
                <w:szCs w:val="20"/>
              </w:rPr>
              <w:t>B</w:t>
            </w:r>
            <w:r w:rsidRPr="00C40A27">
              <w:rPr>
                <w:rFonts w:ascii="Times New Roman" w:hAnsi="Times New Roman" w:cs="Times New Roman"/>
                <w:sz w:val="20"/>
                <w:szCs w:val="20"/>
              </w:rPr>
              <w:t>ilim</w:t>
            </w:r>
            <w:proofErr w:type="spellEnd"/>
            <w:r w:rsidRPr="00C40A2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95930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 w:rsidRPr="00C40A27">
              <w:rPr>
                <w:rFonts w:ascii="Times New Roman" w:hAnsi="Times New Roman" w:cs="Times New Roman"/>
                <w:sz w:val="20"/>
                <w:szCs w:val="20"/>
              </w:rPr>
              <w:t>al</w:t>
            </w:r>
            <w:r w:rsidR="00995930">
              <w:rPr>
                <w:rFonts w:ascii="Times New Roman" w:hAnsi="Times New Roman" w:cs="Times New Roman"/>
                <w:sz w:val="20"/>
                <w:szCs w:val="20"/>
              </w:rPr>
              <w:t>ı</w:t>
            </w:r>
            <w:r w:rsidRPr="00C40A2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40A27">
              <w:rPr>
                <w:rFonts w:ascii="Times New Roman" w:hAnsi="Times New Roman" w:cs="Times New Roman"/>
                <w:sz w:val="20"/>
                <w:szCs w:val="20"/>
              </w:rPr>
              <w:t>tanıtımına</w:t>
            </w:r>
            <w:proofErr w:type="spellEnd"/>
            <w:r w:rsidRPr="00C40A2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40A27">
              <w:rPr>
                <w:rFonts w:ascii="Times New Roman" w:hAnsi="Times New Roman" w:cs="Times New Roman"/>
                <w:sz w:val="20"/>
                <w:szCs w:val="20"/>
              </w:rPr>
              <w:t>ilişkin</w:t>
            </w:r>
            <w:proofErr w:type="spellEnd"/>
            <w:r w:rsidRPr="00C40A2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40A27">
              <w:rPr>
                <w:rFonts w:ascii="Times New Roman" w:hAnsi="Times New Roman" w:cs="Times New Roman"/>
                <w:sz w:val="20"/>
                <w:szCs w:val="20"/>
              </w:rPr>
              <w:t>hazırlanan</w:t>
            </w:r>
            <w:proofErr w:type="spellEnd"/>
            <w:r w:rsidRPr="00C40A2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40A27">
              <w:rPr>
                <w:rFonts w:ascii="Times New Roman" w:hAnsi="Times New Roman" w:cs="Times New Roman"/>
                <w:sz w:val="20"/>
                <w:szCs w:val="20"/>
              </w:rPr>
              <w:t>videonun</w:t>
            </w:r>
            <w:proofErr w:type="spellEnd"/>
            <w:r w:rsidRPr="00C40A2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40A27">
              <w:rPr>
                <w:rFonts w:ascii="Times New Roman" w:hAnsi="Times New Roman" w:cs="Times New Roman"/>
                <w:sz w:val="20"/>
                <w:szCs w:val="20"/>
              </w:rPr>
              <w:t>izlenmesi</w:t>
            </w:r>
            <w:proofErr w:type="spellEnd"/>
            <w:r w:rsidRPr="00C40A2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40A27">
              <w:rPr>
                <w:rFonts w:ascii="Times New Roman" w:hAnsi="Times New Roman" w:cs="Times New Roman"/>
                <w:sz w:val="20"/>
                <w:szCs w:val="20"/>
              </w:rPr>
              <w:t>ve</w:t>
            </w:r>
            <w:proofErr w:type="spellEnd"/>
            <w:r w:rsidRPr="00C40A2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40A27">
              <w:rPr>
                <w:rFonts w:ascii="Times New Roman" w:hAnsi="Times New Roman" w:cs="Times New Roman"/>
                <w:sz w:val="20"/>
                <w:szCs w:val="20"/>
              </w:rPr>
              <w:t>yapılması</w:t>
            </w:r>
            <w:proofErr w:type="spellEnd"/>
            <w:r w:rsidRPr="00C40A2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40A27">
              <w:rPr>
                <w:rFonts w:ascii="Times New Roman" w:hAnsi="Times New Roman" w:cs="Times New Roman"/>
                <w:sz w:val="20"/>
                <w:szCs w:val="20"/>
              </w:rPr>
              <w:t>planlanan</w:t>
            </w:r>
            <w:proofErr w:type="spellEnd"/>
            <w:r w:rsidRPr="00C40A2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40A27">
              <w:rPr>
                <w:rFonts w:ascii="Times New Roman" w:hAnsi="Times New Roman" w:cs="Times New Roman"/>
                <w:sz w:val="20"/>
                <w:szCs w:val="20"/>
              </w:rPr>
              <w:t>hazırlıkların</w:t>
            </w:r>
            <w:proofErr w:type="spellEnd"/>
            <w:r w:rsidRPr="00C40A2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40A27">
              <w:rPr>
                <w:rFonts w:ascii="Times New Roman" w:hAnsi="Times New Roman" w:cs="Times New Roman"/>
                <w:sz w:val="20"/>
                <w:szCs w:val="20"/>
              </w:rPr>
              <w:t>görüşülmesi</w:t>
            </w:r>
            <w:proofErr w:type="spellEnd"/>
          </w:p>
        </w:tc>
        <w:tc>
          <w:tcPr>
            <w:tcW w:w="0" w:type="auto"/>
            <w:vAlign w:val="center"/>
          </w:tcPr>
          <w:p w14:paraId="5EEE7189" w14:textId="1D3EE500" w:rsidR="005E6F42" w:rsidRPr="008263AB" w:rsidRDefault="007B73DE" w:rsidP="008263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 w:rsidR="00995930">
              <w:rPr>
                <w:rFonts w:ascii="Times New Roman" w:hAnsi="Times New Roman" w:cs="Times New Roman"/>
                <w:sz w:val="20"/>
                <w:szCs w:val="20"/>
              </w:rPr>
              <w:t xml:space="preserve">alite </w:t>
            </w:r>
            <w:proofErr w:type="spellStart"/>
            <w:r w:rsidR="00995930">
              <w:rPr>
                <w:rFonts w:ascii="Times New Roman" w:hAnsi="Times New Roman" w:cs="Times New Roman"/>
                <w:sz w:val="20"/>
                <w:szCs w:val="20"/>
              </w:rPr>
              <w:t>Komisyonu</w:t>
            </w:r>
            <w:proofErr w:type="spellEnd"/>
            <w:r w:rsidR="009959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95930">
              <w:rPr>
                <w:rFonts w:ascii="Times New Roman" w:hAnsi="Times New Roman" w:cs="Times New Roman"/>
                <w:sz w:val="20"/>
                <w:szCs w:val="20"/>
              </w:rPr>
              <w:t>Üyeleri</w:t>
            </w:r>
            <w:proofErr w:type="spellEnd"/>
          </w:p>
        </w:tc>
        <w:tc>
          <w:tcPr>
            <w:tcW w:w="0" w:type="auto"/>
            <w:vAlign w:val="center"/>
          </w:tcPr>
          <w:p w14:paraId="7C8672BA" w14:textId="77777777" w:rsidR="005E6F42" w:rsidRPr="008263AB" w:rsidRDefault="007B73DE" w:rsidP="008263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14:00</w:t>
            </w:r>
          </w:p>
        </w:tc>
        <w:tc>
          <w:tcPr>
            <w:tcW w:w="0" w:type="auto"/>
            <w:vAlign w:val="center"/>
          </w:tcPr>
          <w:p w14:paraId="4CEC413B" w14:textId="77777777" w:rsidR="005E6F42" w:rsidRPr="008263AB" w:rsidRDefault="007B73DE" w:rsidP="008263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Enstitü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Toplantı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Salonu</w:t>
            </w:r>
            <w:proofErr w:type="spellEnd"/>
          </w:p>
        </w:tc>
      </w:tr>
      <w:tr w:rsidR="00B952F0" w:rsidRPr="008263AB" w14:paraId="0ED0DC3C" w14:textId="77777777" w:rsidTr="00D56BD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6" w:type="dxa"/>
            <w:vAlign w:val="center"/>
          </w:tcPr>
          <w:p w14:paraId="7B335FAB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Hafta</w:t>
            </w:r>
            <w:proofErr w:type="spellEnd"/>
          </w:p>
        </w:tc>
        <w:tc>
          <w:tcPr>
            <w:tcW w:w="1134" w:type="dxa"/>
            <w:vAlign w:val="center"/>
          </w:tcPr>
          <w:p w14:paraId="7CEA0F3D" w14:textId="3B9B0020" w:rsidR="005E6F42" w:rsidRPr="008263AB" w:rsidRDefault="00C40A27" w:rsidP="008263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40A27">
              <w:rPr>
                <w:rFonts w:ascii="Times New Roman" w:hAnsi="Times New Roman" w:cs="Times New Roman"/>
                <w:sz w:val="20"/>
                <w:szCs w:val="20"/>
              </w:rPr>
              <w:t>20.01.2026</w:t>
            </w:r>
          </w:p>
        </w:tc>
        <w:tc>
          <w:tcPr>
            <w:tcW w:w="1908" w:type="dxa"/>
            <w:vAlign w:val="center"/>
          </w:tcPr>
          <w:p w14:paraId="3A579B8F" w14:textId="73557694" w:rsidR="005E6F42" w:rsidRPr="008263AB" w:rsidRDefault="00AB6052" w:rsidP="008263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BİDR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Raporu</w:t>
            </w:r>
            <w:proofErr w:type="spellEnd"/>
          </w:p>
        </w:tc>
        <w:tc>
          <w:tcPr>
            <w:tcW w:w="0" w:type="auto"/>
            <w:vAlign w:val="center"/>
          </w:tcPr>
          <w:p w14:paraId="4DF7954A" w14:textId="46509FD6" w:rsidR="005E6F42" w:rsidRPr="008263AB" w:rsidRDefault="00C40A27" w:rsidP="00D56B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2025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yılı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BİDR</w:t>
            </w:r>
            <w:r w:rsidR="00891A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891AA3">
              <w:rPr>
                <w:rFonts w:ascii="Times New Roman" w:hAnsi="Times New Roman" w:cs="Times New Roman"/>
                <w:sz w:val="20"/>
                <w:szCs w:val="20"/>
              </w:rPr>
              <w:t>raporunun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hazırlanması</w:t>
            </w:r>
            <w:proofErr w:type="spellEnd"/>
          </w:p>
        </w:tc>
        <w:tc>
          <w:tcPr>
            <w:tcW w:w="0" w:type="auto"/>
            <w:vAlign w:val="center"/>
          </w:tcPr>
          <w:p w14:paraId="2E2717A5" w14:textId="5F664806" w:rsidR="005E6F42" w:rsidRPr="008263AB" w:rsidRDefault="007B73DE" w:rsidP="008263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Kalite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Komisyonu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Üyeleri</w:t>
            </w:r>
            <w:proofErr w:type="spellEnd"/>
          </w:p>
        </w:tc>
        <w:tc>
          <w:tcPr>
            <w:tcW w:w="0" w:type="auto"/>
            <w:vAlign w:val="center"/>
          </w:tcPr>
          <w:p w14:paraId="2CC2CDAA" w14:textId="77777777" w:rsidR="005E6F42" w:rsidRPr="008263AB" w:rsidRDefault="007B73DE" w:rsidP="008263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14:00</w:t>
            </w:r>
          </w:p>
        </w:tc>
        <w:tc>
          <w:tcPr>
            <w:tcW w:w="0" w:type="auto"/>
            <w:vAlign w:val="center"/>
          </w:tcPr>
          <w:p w14:paraId="4858B97D" w14:textId="77777777" w:rsidR="005E6F42" w:rsidRPr="008263AB" w:rsidRDefault="007B73DE" w:rsidP="008263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Enstitü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Toplantı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Salonu</w:t>
            </w:r>
            <w:proofErr w:type="spellEnd"/>
          </w:p>
        </w:tc>
      </w:tr>
      <w:tr w:rsidR="00D56BDC" w:rsidRPr="008263AB" w14:paraId="19C368CE" w14:textId="77777777" w:rsidTr="00D56B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6" w:type="dxa"/>
            <w:vAlign w:val="center"/>
          </w:tcPr>
          <w:p w14:paraId="7D9DABE1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3.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Hafta</w:t>
            </w:r>
            <w:proofErr w:type="spellEnd"/>
          </w:p>
        </w:tc>
        <w:tc>
          <w:tcPr>
            <w:tcW w:w="1134" w:type="dxa"/>
            <w:vAlign w:val="center"/>
          </w:tcPr>
          <w:p w14:paraId="24D7DEE3" w14:textId="305B54BE" w:rsidR="005E6F42" w:rsidRPr="008263AB" w:rsidRDefault="008C28BF" w:rsidP="008263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  <w:r w:rsidR="00C40A27">
              <w:rPr>
                <w:rFonts w:ascii="Times New Roman" w:hAnsi="Times New Roman" w:cs="Times New Roman"/>
                <w:sz w:val="20"/>
                <w:szCs w:val="20"/>
              </w:rPr>
              <w:t>.02.2026</w:t>
            </w:r>
          </w:p>
        </w:tc>
        <w:tc>
          <w:tcPr>
            <w:tcW w:w="1908" w:type="dxa"/>
            <w:vAlign w:val="center"/>
          </w:tcPr>
          <w:p w14:paraId="088E5F98" w14:textId="64520FA2" w:rsidR="005E6F42" w:rsidRPr="008263AB" w:rsidRDefault="00995930" w:rsidP="009959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YÖKAK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Eğitim-Öğretim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Süreçleri</w:t>
            </w:r>
            <w:proofErr w:type="spellEnd"/>
          </w:p>
        </w:tc>
        <w:tc>
          <w:tcPr>
            <w:tcW w:w="0" w:type="auto"/>
            <w:vAlign w:val="center"/>
          </w:tcPr>
          <w:p w14:paraId="58F5F560" w14:textId="036AA042" w:rsidR="00C40A27" w:rsidRPr="008263AB" w:rsidRDefault="00995930" w:rsidP="009959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95930">
              <w:rPr>
                <w:rFonts w:ascii="Times New Roman" w:hAnsi="Times New Roman" w:cs="Times New Roman"/>
                <w:sz w:val="20"/>
                <w:szCs w:val="20"/>
              </w:rPr>
              <w:t xml:space="preserve">YÖKAK </w:t>
            </w:r>
            <w:proofErr w:type="spellStart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>Eğitim-Öğretim</w:t>
            </w:r>
            <w:proofErr w:type="spellEnd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>Süreçleri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ile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ilgili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SİÜ Kalite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Koordinatörlüğü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Eğitim-Öğretim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Takımı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tarafından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süreçlerle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ilgili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eği</w:t>
            </w:r>
            <w:r w:rsidR="00D56BDC">
              <w:rPr>
                <w:rFonts w:ascii="Times New Roman" w:hAnsi="Times New Roman" w:cs="Times New Roman"/>
                <w:sz w:val="20"/>
                <w:szCs w:val="20"/>
              </w:rPr>
              <w:t>tim</w:t>
            </w:r>
            <w:proofErr w:type="spellEnd"/>
          </w:p>
        </w:tc>
        <w:tc>
          <w:tcPr>
            <w:tcW w:w="0" w:type="auto"/>
            <w:vAlign w:val="center"/>
          </w:tcPr>
          <w:p w14:paraId="5396FB7D" w14:textId="738F2596" w:rsidR="00995930" w:rsidRDefault="00995930" w:rsidP="008263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95930">
              <w:rPr>
                <w:rFonts w:ascii="Times New Roman" w:hAnsi="Times New Roman" w:cs="Times New Roman"/>
                <w:sz w:val="20"/>
                <w:szCs w:val="20"/>
              </w:rPr>
              <w:t xml:space="preserve">SİÜ Kalite </w:t>
            </w:r>
            <w:proofErr w:type="spellStart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>Koordinatörlüğü</w:t>
            </w:r>
            <w:proofErr w:type="spellEnd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>Eğitim-Öğretim</w:t>
            </w:r>
            <w:proofErr w:type="spellEnd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Takımı</w:t>
            </w:r>
            <w:proofErr w:type="spellEnd"/>
          </w:p>
          <w:p w14:paraId="6ED355B0" w14:textId="280143E9" w:rsidR="005E6F42" w:rsidRPr="008263AB" w:rsidRDefault="007B73DE" w:rsidP="008263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Kalite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Komisyonu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Üyeleri</w:t>
            </w:r>
            <w:proofErr w:type="spellEnd"/>
          </w:p>
        </w:tc>
        <w:tc>
          <w:tcPr>
            <w:tcW w:w="0" w:type="auto"/>
            <w:vAlign w:val="center"/>
          </w:tcPr>
          <w:p w14:paraId="3C8B3DC5" w14:textId="3F5768CB" w:rsidR="005E6F42" w:rsidRPr="008263AB" w:rsidRDefault="00E45B1D" w:rsidP="008263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7B73DE" w:rsidRPr="008263AB">
              <w:rPr>
                <w:rFonts w:ascii="Times New Roman" w:hAnsi="Times New Roman" w:cs="Times New Roman"/>
                <w:sz w:val="20"/>
                <w:szCs w:val="20"/>
              </w:rPr>
              <w:t>:00</w:t>
            </w:r>
          </w:p>
        </w:tc>
        <w:tc>
          <w:tcPr>
            <w:tcW w:w="0" w:type="auto"/>
            <w:vAlign w:val="center"/>
          </w:tcPr>
          <w:p w14:paraId="44CD79B8" w14:textId="77777777" w:rsidR="005E6F42" w:rsidRPr="008263AB" w:rsidRDefault="007B73DE" w:rsidP="008263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Enstitü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Toplantı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Salonu</w:t>
            </w:r>
            <w:proofErr w:type="spellEnd"/>
          </w:p>
        </w:tc>
      </w:tr>
      <w:tr w:rsidR="00B952F0" w:rsidRPr="008263AB" w14:paraId="343FC2AF" w14:textId="77777777" w:rsidTr="00D56BD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6" w:type="dxa"/>
            <w:vAlign w:val="center"/>
          </w:tcPr>
          <w:p w14:paraId="78985BF5" w14:textId="0593BCF5" w:rsidR="00995930" w:rsidRPr="008263AB" w:rsidRDefault="00995930" w:rsidP="009959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Hafta</w:t>
            </w:r>
            <w:proofErr w:type="spellEnd"/>
          </w:p>
        </w:tc>
        <w:tc>
          <w:tcPr>
            <w:tcW w:w="1134" w:type="dxa"/>
            <w:vAlign w:val="center"/>
          </w:tcPr>
          <w:p w14:paraId="080CBDE5" w14:textId="746437AA" w:rsidR="00995930" w:rsidRPr="008263AB" w:rsidRDefault="008C28BF" w:rsidP="00B95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="00995930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B952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95930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1908" w:type="dxa"/>
            <w:vAlign w:val="center"/>
          </w:tcPr>
          <w:p w14:paraId="6BDD9F47" w14:textId="7C30B673" w:rsidR="00995930" w:rsidRPr="008263AB" w:rsidRDefault="00995930" w:rsidP="009959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Program TYYÇ, Bologna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Süreçleri</w:t>
            </w:r>
            <w:proofErr w:type="spellEnd"/>
          </w:p>
        </w:tc>
        <w:tc>
          <w:tcPr>
            <w:tcW w:w="0" w:type="auto"/>
            <w:vAlign w:val="center"/>
          </w:tcPr>
          <w:p w14:paraId="303463A0" w14:textId="19A8C620" w:rsidR="00995930" w:rsidRPr="008263AB" w:rsidRDefault="00995930" w:rsidP="009959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95930">
              <w:rPr>
                <w:rFonts w:ascii="Times New Roman" w:hAnsi="Times New Roman" w:cs="Times New Roman"/>
                <w:sz w:val="20"/>
                <w:szCs w:val="20"/>
              </w:rPr>
              <w:t xml:space="preserve">YÖKAK </w:t>
            </w:r>
            <w:proofErr w:type="spellStart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>Eğitim-Öğretim</w:t>
            </w:r>
            <w:proofErr w:type="spellEnd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>Süreçleri</w:t>
            </w:r>
            <w:proofErr w:type="spellEnd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>ile</w:t>
            </w:r>
            <w:proofErr w:type="spellEnd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>ilgili</w:t>
            </w:r>
            <w:proofErr w:type="spellEnd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 xml:space="preserve"> SİÜ </w:t>
            </w:r>
            <w:bookmarkStart w:id="0" w:name="_GoBack"/>
            <w:bookmarkEnd w:id="0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 xml:space="preserve">Kalite </w:t>
            </w:r>
            <w:proofErr w:type="spellStart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>Koordinatörlüğü</w:t>
            </w:r>
            <w:proofErr w:type="spellEnd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>Eğitim-Öğretim</w:t>
            </w:r>
            <w:proofErr w:type="spellEnd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>Takımı</w:t>
            </w:r>
            <w:proofErr w:type="spellEnd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>tarafından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hazırlanan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kontrol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dosyasının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tamamlanması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programların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TYYÇ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kontrolleri</w:t>
            </w:r>
            <w:proofErr w:type="spellEnd"/>
          </w:p>
        </w:tc>
        <w:tc>
          <w:tcPr>
            <w:tcW w:w="0" w:type="auto"/>
            <w:vAlign w:val="center"/>
          </w:tcPr>
          <w:p w14:paraId="64DEBC47" w14:textId="27658452" w:rsidR="00995930" w:rsidRPr="008263AB" w:rsidRDefault="00995930" w:rsidP="009959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95930">
              <w:rPr>
                <w:rFonts w:ascii="Times New Roman" w:hAnsi="Times New Roman" w:cs="Times New Roman"/>
                <w:sz w:val="20"/>
                <w:szCs w:val="20"/>
              </w:rPr>
              <w:t xml:space="preserve">Kalite </w:t>
            </w:r>
            <w:proofErr w:type="spellStart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>Komisyonu</w:t>
            </w:r>
            <w:proofErr w:type="spellEnd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>Üyeleri</w:t>
            </w:r>
            <w:proofErr w:type="spellEnd"/>
          </w:p>
        </w:tc>
        <w:tc>
          <w:tcPr>
            <w:tcW w:w="0" w:type="auto"/>
            <w:vAlign w:val="center"/>
          </w:tcPr>
          <w:p w14:paraId="4FE9D0C0" w14:textId="6175835F" w:rsidR="00995930" w:rsidRPr="008263AB" w:rsidRDefault="00995930" w:rsidP="009959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:00</w:t>
            </w:r>
          </w:p>
        </w:tc>
        <w:tc>
          <w:tcPr>
            <w:tcW w:w="0" w:type="auto"/>
            <w:vAlign w:val="center"/>
          </w:tcPr>
          <w:p w14:paraId="57FA313C" w14:textId="743DADF3" w:rsidR="00995930" w:rsidRPr="008263AB" w:rsidRDefault="00995930" w:rsidP="009959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Enstitü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Toplantı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Salonu</w:t>
            </w:r>
            <w:proofErr w:type="spellEnd"/>
          </w:p>
        </w:tc>
      </w:tr>
      <w:tr w:rsidR="00D56BDC" w:rsidRPr="008263AB" w14:paraId="0E7035C2" w14:textId="77777777" w:rsidTr="00D56B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6" w:type="dxa"/>
            <w:vAlign w:val="center"/>
          </w:tcPr>
          <w:p w14:paraId="0D1C7F08" w14:textId="4CDB962A" w:rsidR="00B952F0" w:rsidRPr="008263AB" w:rsidRDefault="00B952F0" w:rsidP="00B952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Hafta</w:t>
            </w:r>
            <w:proofErr w:type="spellEnd"/>
          </w:p>
        </w:tc>
        <w:tc>
          <w:tcPr>
            <w:tcW w:w="1134" w:type="dxa"/>
            <w:vAlign w:val="center"/>
          </w:tcPr>
          <w:p w14:paraId="19420603" w14:textId="6C8CBEFB" w:rsidR="00B952F0" w:rsidRPr="008263AB" w:rsidRDefault="00B952F0" w:rsidP="00B95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03.03.2026</w:t>
            </w:r>
          </w:p>
        </w:tc>
        <w:tc>
          <w:tcPr>
            <w:tcW w:w="1908" w:type="dxa"/>
            <w:vAlign w:val="center"/>
          </w:tcPr>
          <w:p w14:paraId="14ED6C19" w14:textId="2614AAFB" w:rsidR="00B952F0" w:rsidRPr="008263AB" w:rsidRDefault="00B952F0" w:rsidP="00B95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8C28BF">
              <w:rPr>
                <w:rFonts w:ascii="Times New Roman" w:hAnsi="Times New Roman" w:cs="Times New Roman"/>
                <w:sz w:val="20"/>
                <w:szCs w:val="20"/>
              </w:rPr>
              <w:t xml:space="preserve">Program TYYÇ, Bologna </w:t>
            </w:r>
            <w:proofErr w:type="spellStart"/>
            <w:r w:rsidRPr="008C28BF">
              <w:rPr>
                <w:rFonts w:ascii="Times New Roman" w:hAnsi="Times New Roman" w:cs="Times New Roman"/>
                <w:sz w:val="20"/>
                <w:szCs w:val="20"/>
              </w:rPr>
              <w:t>Süreçleri</w:t>
            </w:r>
            <w:proofErr w:type="spellEnd"/>
          </w:p>
        </w:tc>
        <w:tc>
          <w:tcPr>
            <w:tcW w:w="0" w:type="auto"/>
            <w:vAlign w:val="center"/>
          </w:tcPr>
          <w:p w14:paraId="7358A7BD" w14:textId="025C0636" w:rsidR="00B952F0" w:rsidRPr="008263AB" w:rsidRDefault="00B952F0" w:rsidP="00B95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8C28BF">
              <w:rPr>
                <w:rFonts w:ascii="Times New Roman" w:hAnsi="Times New Roman" w:cs="Times New Roman"/>
                <w:sz w:val="20"/>
                <w:szCs w:val="20"/>
              </w:rPr>
              <w:t xml:space="preserve">YÖKAK </w:t>
            </w:r>
            <w:proofErr w:type="spellStart"/>
            <w:r w:rsidRPr="008C28BF">
              <w:rPr>
                <w:rFonts w:ascii="Times New Roman" w:hAnsi="Times New Roman" w:cs="Times New Roman"/>
                <w:sz w:val="20"/>
                <w:szCs w:val="20"/>
              </w:rPr>
              <w:t>Eğitim-Öğretim</w:t>
            </w:r>
            <w:proofErr w:type="spellEnd"/>
            <w:r w:rsidRPr="008C28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28BF">
              <w:rPr>
                <w:rFonts w:ascii="Times New Roman" w:hAnsi="Times New Roman" w:cs="Times New Roman"/>
                <w:sz w:val="20"/>
                <w:szCs w:val="20"/>
              </w:rPr>
              <w:t>Süreçleri</w:t>
            </w:r>
            <w:proofErr w:type="spellEnd"/>
            <w:r w:rsidRPr="008C28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28BF">
              <w:rPr>
                <w:rFonts w:ascii="Times New Roman" w:hAnsi="Times New Roman" w:cs="Times New Roman"/>
                <w:sz w:val="20"/>
                <w:szCs w:val="20"/>
              </w:rPr>
              <w:t>ile</w:t>
            </w:r>
            <w:proofErr w:type="spellEnd"/>
            <w:r w:rsidRPr="008C28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28BF">
              <w:rPr>
                <w:rFonts w:ascii="Times New Roman" w:hAnsi="Times New Roman" w:cs="Times New Roman"/>
                <w:sz w:val="20"/>
                <w:szCs w:val="20"/>
              </w:rPr>
              <w:t>ilgili</w:t>
            </w:r>
            <w:proofErr w:type="spellEnd"/>
            <w:r w:rsidRPr="008C28BF">
              <w:rPr>
                <w:rFonts w:ascii="Times New Roman" w:hAnsi="Times New Roman" w:cs="Times New Roman"/>
                <w:sz w:val="20"/>
                <w:szCs w:val="20"/>
              </w:rPr>
              <w:t xml:space="preserve"> SİÜ Kalite </w:t>
            </w:r>
            <w:proofErr w:type="spellStart"/>
            <w:r w:rsidRPr="008C28BF">
              <w:rPr>
                <w:rFonts w:ascii="Times New Roman" w:hAnsi="Times New Roman" w:cs="Times New Roman"/>
                <w:sz w:val="20"/>
                <w:szCs w:val="20"/>
              </w:rPr>
              <w:t>Koordinatörlüğü</w:t>
            </w:r>
            <w:proofErr w:type="spellEnd"/>
            <w:r w:rsidRPr="008C28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28BF">
              <w:rPr>
                <w:rFonts w:ascii="Times New Roman" w:hAnsi="Times New Roman" w:cs="Times New Roman"/>
                <w:sz w:val="20"/>
                <w:szCs w:val="20"/>
              </w:rPr>
              <w:t>Eğitim-Öğretim</w:t>
            </w:r>
            <w:proofErr w:type="spellEnd"/>
            <w:r w:rsidRPr="008C28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28BF">
              <w:rPr>
                <w:rFonts w:ascii="Times New Roman" w:hAnsi="Times New Roman" w:cs="Times New Roman"/>
                <w:sz w:val="20"/>
                <w:szCs w:val="20"/>
              </w:rPr>
              <w:t>Takımı</w:t>
            </w:r>
            <w:proofErr w:type="spellEnd"/>
            <w:r w:rsidRPr="008C28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28BF">
              <w:rPr>
                <w:rFonts w:ascii="Times New Roman" w:hAnsi="Times New Roman" w:cs="Times New Roman"/>
                <w:sz w:val="20"/>
                <w:szCs w:val="20"/>
              </w:rPr>
              <w:t>tarafından</w:t>
            </w:r>
            <w:proofErr w:type="spellEnd"/>
            <w:r w:rsidRPr="008C28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28BF">
              <w:rPr>
                <w:rFonts w:ascii="Times New Roman" w:hAnsi="Times New Roman" w:cs="Times New Roman"/>
                <w:sz w:val="20"/>
                <w:szCs w:val="20"/>
              </w:rPr>
              <w:t>hazırlanan</w:t>
            </w:r>
            <w:proofErr w:type="spellEnd"/>
            <w:r w:rsidRPr="008C28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28BF">
              <w:rPr>
                <w:rFonts w:ascii="Times New Roman" w:hAnsi="Times New Roman" w:cs="Times New Roman"/>
                <w:sz w:val="20"/>
                <w:szCs w:val="20"/>
              </w:rPr>
              <w:t>kontrol</w:t>
            </w:r>
            <w:proofErr w:type="spellEnd"/>
            <w:r w:rsidRPr="008C28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28BF">
              <w:rPr>
                <w:rFonts w:ascii="Times New Roman" w:hAnsi="Times New Roman" w:cs="Times New Roman"/>
                <w:sz w:val="20"/>
                <w:szCs w:val="20"/>
              </w:rPr>
              <w:t>dosyasın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28BF">
              <w:rPr>
                <w:rFonts w:ascii="Times New Roman" w:hAnsi="Times New Roman" w:cs="Times New Roman"/>
                <w:sz w:val="20"/>
                <w:szCs w:val="20"/>
              </w:rPr>
              <w:t>programların</w:t>
            </w:r>
            <w:proofErr w:type="spellEnd"/>
            <w:r w:rsidRPr="008C28BF">
              <w:rPr>
                <w:rFonts w:ascii="Times New Roman" w:hAnsi="Times New Roman" w:cs="Times New Roman"/>
                <w:sz w:val="20"/>
                <w:szCs w:val="20"/>
              </w:rPr>
              <w:t xml:space="preserve"> TYYÇ </w:t>
            </w:r>
            <w:proofErr w:type="spellStart"/>
            <w:r w:rsidRPr="008C28BF">
              <w:rPr>
                <w:rFonts w:ascii="Times New Roman" w:hAnsi="Times New Roman" w:cs="Times New Roman"/>
                <w:sz w:val="20"/>
                <w:szCs w:val="20"/>
              </w:rPr>
              <w:t>kontrolleri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sırasında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tespit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edilen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eksiklerin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ABD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Başkanlıklarına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bildirilmesi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için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toplantı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düzenlenmesi</w:t>
            </w:r>
            <w:proofErr w:type="spellEnd"/>
          </w:p>
        </w:tc>
        <w:tc>
          <w:tcPr>
            <w:tcW w:w="0" w:type="auto"/>
            <w:vAlign w:val="center"/>
          </w:tcPr>
          <w:p w14:paraId="2F9B66D8" w14:textId="77777777" w:rsidR="00B952F0" w:rsidRDefault="00B952F0" w:rsidP="00B95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ABD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Başkanları</w:t>
            </w:r>
            <w:proofErr w:type="spellEnd"/>
          </w:p>
          <w:p w14:paraId="2B27E164" w14:textId="59643A65" w:rsidR="00B952F0" w:rsidRPr="008263AB" w:rsidRDefault="00B952F0" w:rsidP="00B95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8C28BF">
              <w:rPr>
                <w:rFonts w:ascii="Times New Roman" w:hAnsi="Times New Roman" w:cs="Times New Roman"/>
                <w:sz w:val="20"/>
                <w:szCs w:val="20"/>
              </w:rPr>
              <w:t xml:space="preserve">Kalite </w:t>
            </w:r>
            <w:proofErr w:type="spellStart"/>
            <w:r w:rsidRPr="008C28BF">
              <w:rPr>
                <w:rFonts w:ascii="Times New Roman" w:hAnsi="Times New Roman" w:cs="Times New Roman"/>
                <w:sz w:val="20"/>
                <w:szCs w:val="20"/>
              </w:rPr>
              <w:t>Komisyonu</w:t>
            </w:r>
            <w:proofErr w:type="spellEnd"/>
            <w:r w:rsidRPr="008C28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28BF">
              <w:rPr>
                <w:rFonts w:ascii="Times New Roman" w:hAnsi="Times New Roman" w:cs="Times New Roman"/>
                <w:sz w:val="20"/>
                <w:szCs w:val="20"/>
              </w:rPr>
              <w:t>Üyeleri</w:t>
            </w:r>
            <w:proofErr w:type="spellEnd"/>
          </w:p>
        </w:tc>
        <w:tc>
          <w:tcPr>
            <w:tcW w:w="0" w:type="auto"/>
            <w:vAlign w:val="center"/>
          </w:tcPr>
          <w:p w14:paraId="33FE8A2D" w14:textId="0BF98CCF" w:rsidR="00B952F0" w:rsidRPr="008263AB" w:rsidRDefault="00B952F0" w:rsidP="00B95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:00</w:t>
            </w:r>
          </w:p>
        </w:tc>
        <w:tc>
          <w:tcPr>
            <w:tcW w:w="0" w:type="auto"/>
            <w:vAlign w:val="center"/>
          </w:tcPr>
          <w:p w14:paraId="4707B9D0" w14:textId="7F9B8636" w:rsidR="00B952F0" w:rsidRPr="008263AB" w:rsidRDefault="00B952F0" w:rsidP="00B95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Enstitü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Toplantı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Salonu</w:t>
            </w:r>
            <w:proofErr w:type="spellEnd"/>
          </w:p>
        </w:tc>
      </w:tr>
      <w:tr w:rsidR="00D56BDC" w:rsidRPr="008263AB" w14:paraId="071DC5C3" w14:textId="77777777" w:rsidTr="00D56BD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6" w:type="dxa"/>
            <w:vAlign w:val="center"/>
          </w:tcPr>
          <w:p w14:paraId="01CB1B1D" w14:textId="6490A7CE" w:rsidR="00D56BDC" w:rsidRPr="008263AB" w:rsidRDefault="00D56BDC" w:rsidP="00D56B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Hafta</w:t>
            </w:r>
            <w:proofErr w:type="spellEnd"/>
          </w:p>
        </w:tc>
        <w:tc>
          <w:tcPr>
            <w:tcW w:w="1134" w:type="dxa"/>
            <w:vAlign w:val="center"/>
          </w:tcPr>
          <w:p w14:paraId="67DBCD86" w14:textId="1FFF6364" w:rsidR="00D56BDC" w:rsidRPr="008263AB" w:rsidRDefault="00D56BDC" w:rsidP="00D56B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17.03.2026</w:t>
            </w:r>
          </w:p>
        </w:tc>
        <w:tc>
          <w:tcPr>
            <w:tcW w:w="1908" w:type="dxa"/>
            <w:vAlign w:val="center"/>
          </w:tcPr>
          <w:p w14:paraId="4D96A9AE" w14:textId="5604B23E" w:rsidR="00D56BDC" w:rsidRPr="00B952F0" w:rsidRDefault="00D56BDC" w:rsidP="00D56B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 w:rsidRPr="00B952F0"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 xml:space="preserve">2025-2026 Eğitim-Öğretim Yılı Bahar Yarıyılı </w:t>
            </w:r>
          </w:p>
          <w:p w14:paraId="76686B0A" w14:textId="0A135D69" w:rsidR="00D56BDC" w:rsidRPr="008263AB" w:rsidRDefault="00D56BDC" w:rsidP="00D56B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952F0"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Etkinlik Planı</w:t>
            </w:r>
          </w:p>
        </w:tc>
        <w:tc>
          <w:tcPr>
            <w:tcW w:w="0" w:type="auto"/>
            <w:vAlign w:val="center"/>
          </w:tcPr>
          <w:p w14:paraId="1EDF5BEA" w14:textId="1432C7B4" w:rsidR="00D56BDC" w:rsidRPr="008263AB" w:rsidRDefault="00D56BDC" w:rsidP="00D56B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Yapılması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planlanan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etkinliklerin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belirlenmesi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program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içeriklerinin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duyuru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afişlerinin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hazırlanarak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internet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sitesinde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sosyal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medya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hesaplarında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paylaşılması</w:t>
            </w:r>
            <w:proofErr w:type="spellEnd"/>
          </w:p>
        </w:tc>
        <w:tc>
          <w:tcPr>
            <w:tcW w:w="0" w:type="auto"/>
            <w:vAlign w:val="center"/>
          </w:tcPr>
          <w:p w14:paraId="79D5EE74" w14:textId="49B3C419" w:rsidR="00D56BDC" w:rsidRPr="008263AB" w:rsidRDefault="00D56BDC" w:rsidP="00D56B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95930">
              <w:rPr>
                <w:rFonts w:ascii="Times New Roman" w:hAnsi="Times New Roman" w:cs="Times New Roman"/>
                <w:sz w:val="20"/>
                <w:szCs w:val="20"/>
              </w:rPr>
              <w:t xml:space="preserve">Kalite </w:t>
            </w:r>
            <w:proofErr w:type="spellStart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>Komisyonu</w:t>
            </w:r>
            <w:proofErr w:type="spellEnd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>Üyeleri</w:t>
            </w:r>
            <w:proofErr w:type="spellEnd"/>
          </w:p>
        </w:tc>
        <w:tc>
          <w:tcPr>
            <w:tcW w:w="0" w:type="auto"/>
            <w:vAlign w:val="center"/>
          </w:tcPr>
          <w:p w14:paraId="1F29DF2A" w14:textId="1076D6E4" w:rsidR="00D56BDC" w:rsidRPr="008263AB" w:rsidRDefault="00D56BDC" w:rsidP="00D56B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:00</w:t>
            </w:r>
          </w:p>
        </w:tc>
        <w:tc>
          <w:tcPr>
            <w:tcW w:w="0" w:type="auto"/>
            <w:vAlign w:val="center"/>
          </w:tcPr>
          <w:p w14:paraId="24630E06" w14:textId="3A1E9A35" w:rsidR="00D56BDC" w:rsidRPr="008263AB" w:rsidRDefault="00D56BDC" w:rsidP="00D56B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Enstitü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Toplantı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Salonu</w:t>
            </w:r>
            <w:proofErr w:type="spellEnd"/>
          </w:p>
        </w:tc>
      </w:tr>
      <w:tr w:rsidR="00D56BDC" w:rsidRPr="008263AB" w14:paraId="7060CB83" w14:textId="77777777" w:rsidTr="00D56B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6" w:type="dxa"/>
            <w:vAlign w:val="center"/>
          </w:tcPr>
          <w:p w14:paraId="1C388B8E" w14:textId="496289E9" w:rsidR="00D56BDC" w:rsidRPr="008263AB" w:rsidRDefault="00D56BDC" w:rsidP="00D56B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Hafta</w:t>
            </w:r>
            <w:proofErr w:type="spellEnd"/>
          </w:p>
        </w:tc>
        <w:tc>
          <w:tcPr>
            <w:tcW w:w="1134" w:type="dxa"/>
            <w:vAlign w:val="center"/>
          </w:tcPr>
          <w:p w14:paraId="404E8587" w14:textId="2FDCE694" w:rsidR="00D56BDC" w:rsidRPr="008263AB" w:rsidRDefault="00D56BDC" w:rsidP="00D56B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31.03.2026</w:t>
            </w:r>
          </w:p>
        </w:tc>
        <w:tc>
          <w:tcPr>
            <w:tcW w:w="1908" w:type="dxa"/>
            <w:vAlign w:val="center"/>
          </w:tcPr>
          <w:p w14:paraId="367B4768" w14:textId="77777777" w:rsidR="00D56BDC" w:rsidRPr="00B952F0" w:rsidRDefault="00D56BDC" w:rsidP="00D56B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 w:rsidRPr="00B952F0"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 xml:space="preserve">2025-2026 Eğitim-Öğretim Yılı Bahar Yarıyılı </w:t>
            </w:r>
          </w:p>
          <w:p w14:paraId="1F6555B3" w14:textId="326F3839" w:rsidR="00D56BDC" w:rsidRPr="008263AB" w:rsidRDefault="00D56BDC" w:rsidP="00D56B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952F0"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Etkinlik Planı</w:t>
            </w:r>
          </w:p>
        </w:tc>
        <w:tc>
          <w:tcPr>
            <w:tcW w:w="0" w:type="auto"/>
            <w:vAlign w:val="center"/>
          </w:tcPr>
          <w:p w14:paraId="0D957CB6" w14:textId="2E5EAC05" w:rsidR="00D56BDC" w:rsidRPr="008263AB" w:rsidRDefault="00D56BDC" w:rsidP="00D56B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>Yapılması</w:t>
            </w:r>
            <w:proofErr w:type="spellEnd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>planlanan</w:t>
            </w:r>
            <w:proofErr w:type="spellEnd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>etkinliklerin</w:t>
            </w:r>
            <w:proofErr w:type="spellEnd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>belirlenmesi</w:t>
            </w:r>
            <w:proofErr w:type="spellEnd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 xml:space="preserve">, program </w:t>
            </w:r>
            <w:proofErr w:type="spellStart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>içeriklerinin</w:t>
            </w:r>
            <w:proofErr w:type="spellEnd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>ve</w:t>
            </w:r>
            <w:proofErr w:type="spellEnd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>duyuru</w:t>
            </w:r>
            <w:proofErr w:type="spellEnd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>afişlerinin</w:t>
            </w:r>
            <w:proofErr w:type="spellEnd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>hazırlanarak</w:t>
            </w:r>
            <w:proofErr w:type="spellEnd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 xml:space="preserve"> internet </w:t>
            </w:r>
            <w:proofErr w:type="spellStart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>sitesinde</w:t>
            </w:r>
            <w:proofErr w:type="spellEnd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>ve</w:t>
            </w:r>
            <w:proofErr w:type="spellEnd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>sosyal</w:t>
            </w:r>
            <w:proofErr w:type="spellEnd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>medya</w:t>
            </w:r>
            <w:proofErr w:type="spellEnd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>hesaplarında</w:t>
            </w:r>
            <w:proofErr w:type="spellEnd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paylaşılması</w:t>
            </w:r>
            <w:proofErr w:type="spellEnd"/>
          </w:p>
        </w:tc>
        <w:tc>
          <w:tcPr>
            <w:tcW w:w="0" w:type="auto"/>
            <w:vAlign w:val="center"/>
          </w:tcPr>
          <w:p w14:paraId="3ADE0CF0" w14:textId="762B9F07" w:rsidR="00D56BDC" w:rsidRPr="008263AB" w:rsidRDefault="00D56BDC" w:rsidP="00D56B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95930">
              <w:rPr>
                <w:rFonts w:ascii="Times New Roman" w:hAnsi="Times New Roman" w:cs="Times New Roman"/>
                <w:sz w:val="20"/>
                <w:szCs w:val="20"/>
              </w:rPr>
              <w:t xml:space="preserve">Kalite </w:t>
            </w:r>
            <w:proofErr w:type="spellStart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>Komisyonu</w:t>
            </w:r>
            <w:proofErr w:type="spellEnd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>Üyeleri</w:t>
            </w:r>
            <w:proofErr w:type="spellEnd"/>
          </w:p>
        </w:tc>
        <w:tc>
          <w:tcPr>
            <w:tcW w:w="0" w:type="auto"/>
            <w:vAlign w:val="center"/>
          </w:tcPr>
          <w:p w14:paraId="73A31D37" w14:textId="0280B8F9" w:rsidR="00D56BDC" w:rsidRPr="008263AB" w:rsidRDefault="00D56BDC" w:rsidP="00D56B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:00</w:t>
            </w:r>
          </w:p>
        </w:tc>
        <w:tc>
          <w:tcPr>
            <w:tcW w:w="0" w:type="auto"/>
            <w:vAlign w:val="center"/>
          </w:tcPr>
          <w:p w14:paraId="53A4B280" w14:textId="1F44CB73" w:rsidR="00D56BDC" w:rsidRPr="008263AB" w:rsidRDefault="00D56BDC" w:rsidP="00D56B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Enstitü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Toplantı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Salonu</w:t>
            </w:r>
            <w:proofErr w:type="spellEnd"/>
          </w:p>
        </w:tc>
      </w:tr>
      <w:tr w:rsidR="00D56BDC" w:rsidRPr="008263AB" w14:paraId="297EDA5A" w14:textId="77777777" w:rsidTr="00D56BD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6" w:type="dxa"/>
            <w:vAlign w:val="center"/>
          </w:tcPr>
          <w:p w14:paraId="4C6C59D3" w14:textId="35473B0A" w:rsidR="00D56BDC" w:rsidRPr="008263AB" w:rsidRDefault="00D56BDC" w:rsidP="00D56B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Hafta</w:t>
            </w:r>
            <w:proofErr w:type="spellEnd"/>
          </w:p>
        </w:tc>
        <w:tc>
          <w:tcPr>
            <w:tcW w:w="1134" w:type="dxa"/>
            <w:vAlign w:val="center"/>
          </w:tcPr>
          <w:p w14:paraId="73BEC998" w14:textId="5537D17B" w:rsidR="00D56BDC" w:rsidRPr="008263AB" w:rsidRDefault="00D56BDC" w:rsidP="00D56B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07.04.2026</w:t>
            </w:r>
          </w:p>
        </w:tc>
        <w:tc>
          <w:tcPr>
            <w:tcW w:w="1908" w:type="dxa"/>
            <w:vAlign w:val="center"/>
          </w:tcPr>
          <w:p w14:paraId="45011792" w14:textId="77777777" w:rsidR="00D56BDC" w:rsidRPr="00B952F0" w:rsidRDefault="00D56BDC" w:rsidP="00D56B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 w:rsidRPr="00B952F0"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 xml:space="preserve">2025-2026 Eğitim-Öğretim Yılı Bahar Yarıyılı </w:t>
            </w:r>
          </w:p>
          <w:p w14:paraId="7948B32B" w14:textId="55F20B16" w:rsidR="00D56BDC" w:rsidRPr="008263AB" w:rsidRDefault="00D56BDC" w:rsidP="00D56B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952F0"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Etkinlik Planı</w:t>
            </w:r>
          </w:p>
        </w:tc>
        <w:tc>
          <w:tcPr>
            <w:tcW w:w="0" w:type="auto"/>
            <w:vAlign w:val="center"/>
          </w:tcPr>
          <w:p w14:paraId="750E68A3" w14:textId="12BC3B20" w:rsidR="00D56BDC" w:rsidRPr="008263AB" w:rsidRDefault="00D56BDC" w:rsidP="00D56B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>Yapılması</w:t>
            </w:r>
            <w:proofErr w:type="spellEnd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>planlanan</w:t>
            </w:r>
            <w:proofErr w:type="spellEnd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>etkinliklerin</w:t>
            </w:r>
            <w:proofErr w:type="spellEnd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>belirlenmesi</w:t>
            </w:r>
            <w:proofErr w:type="spellEnd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 xml:space="preserve">, program </w:t>
            </w:r>
            <w:proofErr w:type="spellStart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>içeriklerinin</w:t>
            </w:r>
            <w:proofErr w:type="spellEnd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>ve</w:t>
            </w:r>
            <w:proofErr w:type="spellEnd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>duyuru</w:t>
            </w:r>
            <w:proofErr w:type="spellEnd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>afişlerinin</w:t>
            </w:r>
            <w:proofErr w:type="spellEnd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>hazırlanarak</w:t>
            </w:r>
            <w:proofErr w:type="spellEnd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 xml:space="preserve"> internet </w:t>
            </w:r>
            <w:proofErr w:type="spellStart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>sitesinde</w:t>
            </w:r>
            <w:proofErr w:type="spellEnd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>ve</w:t>
            </w:r>
            <w:proofErr w:type="spellEnd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>sosyal</w:t>
            </w:r>
            <w:proofErr w:type="spellEnd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>medya</w:t>
            </w:r>
            <w:proofErr w:type="spellEnd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>hesaplarında</w:t>
            </w:r>
            <w:proofErr w:type="spellEnd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paylaşılması</w:t>
            </w:r>
            <w:proofErr w:type="spellEnd"/>
          </w:p>
        </w:tc>
        <w:tc>
          <w:tcPr>
            <w:tcW w:w="0" w:type="auto"/>
            <w:vAlign w:val="center"/>
          </w:tcPr>
          <w:p w14:paraId="44D12455" w14:textId="705B303C" w:rsidR="00D56BDC" w:rsidRPr="008263AB" w:rsidRDefault="00D56BDC" w:rsidP="00D56B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95930">
              <w:rPr>
                <w:rFonts w:ascii="Times New Roman" w:hAnsi="Times New Roman" w:cs="Times New Roman"/>
                <w:sz w:val="20"/>
                <w:szCs w:val="20"/>
              </w:rPr>
              <w:t xml:space="preserve">Kalite </w:t>
            </w:r>
            <w:proofErr w:type="spellStart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>Komisyonu</w:t>
            </w:r>
            <w:proofErr w:type="spellEnd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>Üyeleri</w:t>
            </w:r>
            <w:proofErr w:type="spellEnd"/>
          </w:p>
        </w:tc>
        <w:tc>
          <w:tcPr>
            <w:tcW w:w="0" w:type="auto"/>
            <w:vAlign w:val="center"/>
          </w:tcPr>
          <w:p w14:paraId="266BB91B" w14:textId="75565DD0" w:rsidR="00D56BDC" w:rsidRPr="008263AB" w:rsidRDefault="00D56BDC" w:rsidP="00D56B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:00</w:t>
            </w:r>
          </w:p>
        </w:tc>
        <w:tc>
          <w:tcPr>
            <w:tcW w:w="0" w:type="auto"/>
            <w:vAlign w:val="center"/>
          </w:tcPr>
          <w:p w14:paraId="0DA90DB0" w14:textId="0D59E3AF" w:rsidR="00D56BDC" w:rsidRPr="008263AB" w:rsidRDefault="00D56BDC" w:rsidP="00D56B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Enstitü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Toplantı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Salonu</w:t>
            </w:r>
            <w:proofErr w:type="spellEnd"/>
          </w:p>
        </w:tc>
      </w:tr>
      <w:tr w:rsidR="00D56BDC" w:rsidRPr="008263AB" w14:paraId="107DFFC5" w14:textId="77777777" w:rsidTr="00D56B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6" w:type="dxa"/>
            <w:vAlign w:val="center"/>
          </w:tcPr>
          <w:p w14:paraId="028B7821" w14:textId="29F44982" w:rsidR="00B952F0" w:rsidRPr="008263AB" w:rsidRDefault="00B952F0" w:rsidP="00B952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Hafta</w:t>
            </w:r>
            <w:proofErr w:type="spellEnd"/>
          </w:p>
        </w:tc>
        <w:tc>
          <w:tcPr>
            <w:tcW w:w="1134" w:type="dxa"/>
            <w:vAlign w:val="center"/>
          </w:tcPr>
          <w:p w14:paraId="3B8C3DC4" w14:textId="0E398CA9" w:rsidR="00B952F0" w:rsidRPr="008263AB" w:rsidRDefault="00B952F0" w:rsidP="00B95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21.04.2026</w:t>
            </w:r>
          </w:p>
        </w:tc>
        <w:tc>
          <w:tcPr>
            <w:tcW w:w="1908" w:type="dxa"/>
            <w:vAlign w:val="center"/>
          </w:tcPr>
          <w:p w14:paraId="0E2A4F64" w14:textId="4BED327B" w:rsidR="00B952F0" w:rsidRPr="008263AB" w:rsidRDefault="00B952F0" w:rsidP="00B95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952F0">
              <w:rPr>
                <w:rFonts w:ascii="Times New Roman" w:hAnsi="Times New Roman" w:cs="Times New Roman"/>
                <w:sz w:val="20"/>
                <w:szCs w:val="20"/>
              </w:rPr>
              <w:t xml:space="preserve">Program TYYÇ, Bologna </w:t>
            </w:r>
            <w:proofErr w:type="spellStart"/>
            <w:r w:rsidRPr="00B952F0">
              <w:rPr>
                <w:rFonts w:ascii="Times New Roman" w:hAnsi="Times New Roman" w:cs="Times New Roman"/>
                <w:sz w:val="20"/>
                <w:szCs w:val="20"/>
              </w:rPr>
              <w:t>Süreçleri</w:t>
            </w:r>
            <w:proofErr w:type="spellEnd"/>
          </w:p>
        </w:tc>
        <w:tc>
          <w:tcPr>
            <w:tcW w:w="0" w:type="auto"/>
            <w:vAlign w:val="center"/>
          </w:tcPr>
          <w:p w14:paraId="083468E0" w14:textId="2513DC29" w:rsidR="00B952F0" w:rsidRPr="008263AB" w:rsidRDefault="00B952F0" w:rsidP="00B95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ABD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Başkanlıkları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tarafından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</w:t>
            </w:r>
            <w:r w:rsidRPr="00B952F0">
              <w:rPr>
                <w:rFonts w:ascii="Times New Roman" w:hAnsi="Times New Roman" w:cs="Times New Roman"/>
                <w:sz w:val="20"/>
                <w:szCs w:val="20"/>
              </w:rPr>
              <w:t>rogram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952F0">
              <w:rPr>
                <w:rFonts w:ascii="Times New Roman" w:hAnsi="Times New Roman" w:cs="Times New Roman"/>
                <w:sz w:val="20"/>
                <w:szCs w:val="20"/>
              </w:rPr>
              <w:t>TYYÇ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’lerinde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yapılan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düzenlenmelerin</w:t>
            </w:r>
            <w:proofErr w:type="spellEnd"/>
            <w:r w:rsidRPr="00B952F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952F0">
              <w:rPr>
                <w:rFonts w:ascii="Times New Roman" w:hAnsi="Times New Roman" w:cs="Times New Roman"/>
                <w:sz w:val="20"/>
                <w:szCs w:val="20"/>
              </w:rPr>
              <w:t>kontrolleri</w:t>
            </w:r>
            <w:proofErr w:type="spellEnd"/>
          </w:p>
        </w:tc>
        <w:tc>
          <w:tcPr>
            <w:tcW w:w="0" w:type="auto"/>
            <w:vAlign w:val="center"/>
          </w:tcPr>
          <w:p w14:paraId="5DA82008" w14:textId="19FF9FE4" w:rsidR="00B952F0" w:rsidRPr="008263AB" w:rsidRDefault="00B952F0" w:rsidP="00B95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95930">
              <w:rPr>
                <w:rFonts w:ascii="Times New Roman" w:hAnsi="Times New Roman" w:cs="Times New Roman"/>
                <w:sz w:val="20"/>
                <w:szCs w:val="20"/>
              </w:rPr>
              <w:t xml:space="preserve">Kalite </w:t>
            </w:r>
            <w:proofErr w:type="spellStart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>Komisyonu</w:t>
            </w:r>
            <w:proofErr w:type="spellEnd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>Üyeleri</w:t>
            </w:r>
            <w:proofErr w:type="spellEnd"/>
          </w:p>
        </w:tc>
        <w:tc>
          <w:tcPr>
            <w:tcW w:w="0" w:type="auto"/>
            <w:vAlign w:val="center"/>
          </w:tcPr>
          <w:p w14:paraId="15E1B7C3" w14:textId="7EA5A98B" w:rsidR="00B952F0" w:rsidRPr="008263AB" w:rsidRDefault="00B952F0" w:rsidP="00B95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:00</w:t>
            </w:r>
          </w:p>
        </w:tc>
        <w:tc>
          <w:tcPr>
            <w:tcW w:w="0" w:type="auto"/>
            <w:vAlign w:val="center"/>
          </w:tcPr>
          <w:p w14:paraId="0F537A0D" w14:textId="346630C8" w:rsidR="00B952F0" w:rsidRPr="008263AB" w:rsidRDefault="00B952F0" w:rsidP="00B95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Enstitü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Toplantı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Salonu</w:t>
            </w:r>
            <w:proofErr w:type="spellEnd"/>
          </w:p>
        </w:tc>
      </w:tr>
      <w:tr w:rsidR="00D56BDC" w:rsidRPr="008263AB" w14:paraId="30B16573" w14:textId="77777777" w:rsidTr="00D56BD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6" w:type="dxa"/>
            <w:vAlign w:val="center"/>
          </w:tcPr>
          <w:p w14:paraId="4CC9E123" w14:textId="296F76F3" w:rsidR="00D56BDC" w:rsidRPr="008263AB" w:rsidRDefault="00D56BDC" w:rsidP="00D56B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10.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Hafta</w:t>
            </w:r>
            <w:proofErr w:type="spellEnd"/>
          </w:p>
        </w:tc>
        <w:tc>
          <w:tcPr>
            <w:tcW w:w="1134" w:type="dxa"/>
            <w:vAlign w:val="center"/>
          </w:tcPr>
          <w:p w14:paraId="77CEDADF" w14:textId="0E4DC752" w:rsidR="00D56BDC" w:rsidRPr="008263AB" w:rsidRDefault="00D56BDC" w:rsidP="00D56B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05.05.2026</w:t>
            </w:r>
          </w:p>
        </w:tc>
        <w:tc>
          <w:tcPr>
            <w:tcW w:w="1908" w:type="dxa"/>
            <w:vAlign w:val="center"/>
          </w:tcPr>
          <w:p w14:paraId="55AF9113" w14:textId="5D99CA3B" w:rsidR="00D56BDC" w:rsidRPr="008263AB" w:rsidRDefault="00D56BDC" w:rsidP="00D56B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Akademik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personel</w:t>
            </w:r>
            <w:proofErr w:type="spellEnd"/>
            <w:r w:rsidRPr="00B952F0">
              <w:rPr>
                <w:rFonts w:ascii="Times New Roman" w:hAnsi="Times New Roman" w:cs="Times New Roman"/>
                <w:sz w:val="20"/>
                <w:szCs w:val="20"/>
              </w:rPr>
              <w:t xml:space="preserve"> memnuniyet </w:t>
            </w:r>
            <w:proofErr w:type="spellStart"/>
            <w:r w:rsidRPr="00B952F0">
              <w:rPr>
                <w:rFonts w:ascii="Times New Roman" w:hAnsi="Times New Roman" w:cs="Times New Roman"/>
                <w:sz w:val="20"/>
                <w:szCs w:val="20"/>
              </w:rPr>
              <w:t>anketleri</w:t>
            </w:r>
            <w:proofErr w:type="spellEnd"/>
          </w:p>
        </w:tc>
        <w:tc>
          <w:tcPr>
            <w:tcW w:w="0" w:type="auto"/>
            <w:vAlign w:val="center"/>
          </w:tcPr>
          <w:p w14:paraId="4B5D6DAD" w14:textId="52A3CFBA" w:rsidR="00D56BDC" w:rsidRPr="008263AB" w:rsidRDefault="00D56BDC" w:rsidP="00D56B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952F0">
              <w:rPr>
                <w:rFonts w:ascii="Times New Roman" w:hAnsi="Times New Roman" w:cs="Times New Roman"/>
                <w:sz w:val="20"/>
                <w:szCs w:val="20"/>
              </w:rPr>
              <w:t>Akademik</w:t>
            </w:r>
            <w:proofErr w:type="spellEnd"/>
            <w:r w:rsidRPr="00B952F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952F0">
              <w:rPr>
                <w:rFonts w:ascii="Times New Roman" w:hAnsi="Times New Roman" w:cs="Times New Roman"/>
                <w:sz w:val="20"/>
                <w:szCs w:val="20"/>
              </w:rPr>
              <w:t>personel</w:t>
            </w:r>
            <w:proofErr w:type="spellEnd"/>
            <w:r w:rsidRPr="00B952F0">
              <w:rPr>
                <w:rFonts w:ascii="Times New Roman" w:hAnsi="Times New Roman" w:cs="Times New Roman"/>
                <w:sz w:val="20"/>
                <w:szCs w:val="20"/>
              </w:rPr>
              <w:t xml:space="preserve"> memnuniyet </w:t>
            </w:r>
            <w:proofErr w:type="spellStart"/>
            <w:r w:rsidRPr="00B952F0">
              <w:rPr>
                <w:rFonts w:ascii="Times New Roman" w:hAnsi="Times New Roman" w:cs="Times New Roman"/>
                <w:sz w:val="20"/>
                <w:szCs w:val="20"/>
              </w:rPr>
              <w:t>anketlerinin</w:t>
            </w:r>
            <w:proofErr w:type="spellEnd"/>
            <w:r w:rsidRPr="00B952F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952F0">
              <w:rPr>
                <w:rFonts w:ascii="Times New Roman" w:hAnsi="Times New Roman" w:cs="Times New Roman"/>
                <w:sz w:val="20"/>
                <w:szCs w:val="20"/>
              </w:rPr>
              <w:t>hazırlanması</w:t>
            </w:r>
            <w:proofErr w:type="spellEnd"/>
            <w:r w:rsidRPr="00B952F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952F0">
              <w:rPr>
                <w:rFonts w:ascii="Times New Roman" w:hAnsi="Times New Roman" w:cs="Times New Roman"/>
                <w:sz w:val="20"/>
                <w:szCs w:val="20"/>
              </w:rPr>
              <w:t>ve</w:t>
            </w:r>
            <w:proofErr w:type="spellEnd"/>
            <w:r w:rsidRPr="00B952F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952F0">
              <w:rPr>
                <w:rFonts w:ascii="Times New Roman" w:hAnsi="Times New Roman" w:cs="Times New Roman"/>
                <w:sz w:val="20"/>
                <w:szCs w:val="20"/>
              </w:rPr>
              <w:t>uygulanması</w:t>
            </w:r>
            <w:proofErr w:type="spellEnd"/>
          </w:p>
        </w:tc>
        <w:tc>
          <w:tcPr>
            <w:tcW w:w="0" w:type="auto"/>
            <w:vAlign w:val="center"/>
          </w:tcPr>
          <w:p w14:paraId="5A4575A4" w14:textId="1AA6C9A1" w:rsidR="00D56BDC" w:rsidRPr="008263AB" w:rsidRDefault="00D56BDC" w:rsidP="00D56B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95930">
              <w:rPr>
                <w:rFonts w:ascii="Times New Roman" w:hAnsi="Times New Roman" w:cs="Times New Roman"/>
                <w:sz w:val="20"/>
                <w:szCs w:val="20"/>
              </w:rPr>
              <w:t xml:space="preserve">Kalite </w:t>
            </w:r>
            <w:proofErr w:type="spellStart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>Komisyonu</w:t>
            </w:r>
            <w:proofErr w:type="spellEnd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>Üyeleri</w:t>
            </w:r>
            <w:proofErr w:type="spellEnd"/>
          </w:p>
        </w:tc>
        <w:tc>
          <w:tcPr>
            <w:tcW w:w="0" w:type="auto"/>
            <w:vAlign w:val="center"/>
          </w:tcPr>
          <w:p w14:paraId="35BEEEB8" w14:textId="0B91E93A" w:rsidR="00D56BDC" w:rsidRPr="008263AB" w:rsidRDefault="00D56BDC" w:rsidP="00D56B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:00</w:t>
            </w:r>
          </w:p>
        </w:tc>
        <w:tc>
          <w:tcPr>
            <w:tcW w:w="0" w:type="auto"/>
            <w:vAlign w:val="center"/>
          </w:tcPr>
          <w:p w14:paraId="78D8D006" w14:textId="77AD1156" w:rsidR="00D56BDC" w:rsidRPr="008263AB" w:rsidRDefault="00D56BDC" w:rsidP="00D56B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Enstitü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Toplantı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Salonu</w:t>
            </w:r>
            <w:proofErr w:type="spellEnd"/>
          </w:p>
        </w:tc>
      </w:tr>
      <w:tr w:rsidR="00D56BDC" w:rsidRPr="008263AB" w14:paraId="1F488E0B" w14:textId="77777777" w:rsidTr="00D56B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6" w:type="dxa"/>
            <w:vAlign w:val="center"/>
          </w:tcPr>
          <w:p w14:paraId="208DBC94" w14:textId="052D72D3" w:rsidR="00D56BDC" w:rsidRPr="008263AB" w:rsidRDefault="00D56BDC" w:rsidP="00D56B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Hafta</w:t>
            </w:r>
            <w:proofErr w:type="spellEnd"/>
          </w:p>
        </w:tc>
        <w:tc>
          <w:tcPr>
            <w:tcW w:w="1134" w:type="dxa"/>
            <w:vAlign w:val="center"/>
          </w:tcPr>
          <w:p w14:paraId="78883E66" w14:textId="586B0B8D" w:rsidR="00D56BDC" w:rsidRPr="008263AB" w:rsidRDefault="00D56BDC" w:rsidP="00D56B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19.05.2026</w:t>
            </w:r>
          </w:p>
        </w:tc>
        <w:tc>
          <w:tcPr>
            <w:tcW w:w="1908" w:type="dxa"/>
            <w:vAlign w:val="center"/>
          </w:tcPr>
          <w:p w14:paraId="1DCEB795" w14:textId="76952544" w:rsidR="00D56BDC" w:rsidRPr="008263AB" w:rsidRDefault="00D56BDC" w:rsidP="00D56B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personel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6BDC">
              <w:rPr>
                <w:rFonts w:ascii="Times New Roman" w:hAnsi="Times New Roman" w:cs="Times New Roman"/>
                <w:sz w:val="20"/>
                <w:szCs w:val="20"/>
              </w:rPr>
              <w:t xml:space="preserve">memnuniyet </w:t>
            </w:r>
            <w:proofErr w:type="spellStart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>anketleri</w:t>
            </w:r>
            <w:proofErr w:type="spellEnd"/>
          </w:p>
        </w:tc>
        <w:tc>
          <w:tcPr>
            <w:tcW w:w="0" w:type="auto"/>
            <w:vAlign w:val="center"/>
          </w:tcPr>
          <w:p w14:paraId="1E659198" w14:textId="05680FA0" w:rsidR="00D56BDC" w:rsidRPr="008263AB" w:rsidRDefault="00D56BDC" w:rsidP="00D56B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İdari</w:t>
            </w:r>
            <w:proofErr w:type="spellEnd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>personel</w:t>
            </w:r>
            <w:proofErr w:type="spellEnd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 xml:space="preserve"> memnuniyet </w:t>
            </w:r>
            <w:proofErr w:type="spellStart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>anketlerinin</w:t>
            </w:r>
            <w:proofErr w:type="spellEnd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>hazırlanması</w:t>
            </w:r>
            <w:proofErr w:type="spellEnd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>ve</w:t>
            </w:r>
            <w:proofErr w:type="spellEnd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56BDC">
              <w:rPr>
                <w:rFonts w:ascii="Times New Roman" w:hAnsi="Times New Roman" w:cs="Times New Roman"/>
                <w:sz w:val="20"/>
                <w:szCs w:val="20"/>
              </w:rPr>
              <w:t>uygulanması</w:t>
            </w:r>
            <w:proofErr w:type="spellEnd"/>
          </w:p>
        </w:tc>
        <w:tc>
          <w:tcPr>
            <w:tcW w:w="0" w:type="auto"/>
            <w:vAlign w:val="center"/>
          </w:tcPr>
          <w:p w14:paraId="398F2C1E" w14:textId="06E675B9" w:rsidR="00D56BDC" w:rsidRPr="008263AB" w:rsidRDefault="00D56BDC" w:rsidP="00D56B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95930">
              <w:rPr>
                <w:rFonts w:ascii="Times New Roman" w:hAnsi="Times New Roman" w:cs="Times New Roman"/>
                <w:sz w:val="20"/>
                <w:szCs w:val="20"/>
              </w:rPr>
              <w:t xml:space="preserve">Kalite </w:t>
            </w:r>
            <w:proofErr w:type="spellStart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>Komisyonu</w:t>
            </w:r>
            <w:proofErr w:type="spellEnd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>Üyeleri</w:t>
            </w:r>
            <w:proofErr w:type="spellEnd"/>
          </w:p>
        </w:tc>
        <w:tc>
          <w:tcPr>
            <w:tcW w:w="0" w:type="auto"/>
            <w:vAlign w:val="center"/>
          </w:tcPr>
          <w:p w14:paraId="449C41B5" w14:textId="523EEFB4" w:rsidR="00D56BDC" w:rsidRPr="008263AB" w:rsidRDefault="00D56BDC" w:rsidP="00D56B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:00</w:t>
            </w:r>
          </w:p>
        </w:tc>
        <w:tc>
          <w:tcPr>
            <w:tcW w:w="0" w:type="auto"/>
            <w:vAlign w:val="center"/>
          </w:tcPr>
          <w:p w14:paraId="3991892E" w14:textId="537EC0C1" w:rsidR="00D56BDC" w:rsidRPr="008263AB" w:rsidRDefault="00D56BDC" w:rsidP="00D56B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Enstitü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Toplantı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Salonu</w:t>
            </w:r>
            <w:proofErr w:type="spellEnd"/>
          </w:p>
        </w:tc>
      </w:tr>
      <w:tr w:rsidR="00B952F0" w:rsidRPr="008263AB" w14:paraId="6EC373FF" w14:textId="77777777" w:rsidTr="00D56BD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6" w:type="dxa"/>
            <w:vAlign w:val="center"/>
          </w:tcPr>
          <w:p w14:paraId="3D7DF7CA" w14:textId="784DF938" w:rsidR="00B952F0" w:rsidRPr="008263AB" w:rsidRDefault="00B952F0" w:rsidP="00B952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Hafta</w:t>
            </w:r>
            <w:proofErr w:type="spellEnd"/>
          </w:p>
        </w:tc>
        <w:tc>
          <w:tcPr>
            <w:tcW w:w="1134" w:type="dxa"/>
            <w:vAlign w:val="center"/>
          </w:tcPr>
          <w:p w14:paraId="2497D847" w14:textId="2937B604" w:rsidR="00B952F0" w:rsidRPr="008263AB" w:rsidRDefault="00B952F0" w:rsidP="00B95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02.06.2026</w:t>
            </w:r>
          </w:p>
        </w:tc>
        <w:tc>
          <w:tcPr>
            <w:tcW w:w="1908" w:type="dxa"/>
            <w:vAlign w:val="center"/>
          </w:tcPr>
          <w:p w14:paraId="7050D1BD" w14:textId="53071C13" w:rsidR="00B952F0" w:rsidRPr="008263AB" w:rsidRDefault="00B952F0" w:rsidP="00B95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Öğrenci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memnuniyet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anketleri</w:t>
            </w:r>
            <w:proofErr w:type="spellEnd"/>
          </w:p>
        </w:tc>
        <w:tc>
          <w:tcPr>
            <w:tcW w:w="0" w:type="auto"/>
            <w:vAlign w:val="center"/>
          </w:tcPr>
          <w:p w14:paraId="678B3778" w14:textId="466549D2" w:rsidR="00B952F0" w:rsidRPr="008263AB" w:rsidRDefault="00D56BDC" w:rsidP="00B95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Ö</w:t>
            </w:r>
            <w:r w:rsidR="00B952F0" w:rsidRPr="00B952F0">
              <w:rPr>
                <w:rFonts w:ascii="Times New Roman" w:hAnsi="Times New Roman" w:cs="Times New Roman"/>
                <w:sz w:val="20"/>
                <w:szCs w:val="20"/>
              </w:rPr>
              <w:t>ğrenci</w:t>
            </w:r>
            <w:proofErr w:type="spellEnd"/>
            <w:r w:rsidR="00B952F0" w:rsidRPr="00B952F0">
              <w:rPr>
                <w:rFonts w:ascii="Times New Roman" w:hAnsi="Times New Roman" w:cs="Times New Roman"/>
                <w:sz w:val="20"/>
                <w:szCs w:val="20"/>
              </w:rPr>
              <w:t xml:space="preserve"> memnuniyet </w:t>
            </w:r>
            <w:proofErr w:type="spellStart"/>
            <w:r w:rsidR="00B952F0" w:rsidRPr="00B952F0">
              <w:rPr>
                <w:rFonts w:ascii="Times New Roman" w:hAnsi="Times New Roman" w:cs="Times New Roman"/>
                <w:sz w:val="20"/>
                <w:szCs w:val="20"/>
              </w:rPr>
              <w:t>anketleri</w:t>
            </w:r>
            <w:r w:rsidR="00B952F0">
              <w:rPr>
                <w:rFonts w:ascii="Times New Roman" w:hAnsi="Times New Roman" w:cs="Times New Roman"/>
                <w:sz w:val="20"/>
                <w:szCs w:val="20"/>
              </w:rPr>
              <w:t>nin</w:t>
            </w:r>
            <w:proofErr w:type="spellEnd"/>
            <w:r w:rsidR="00B952F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B952F0">
              <w:rPr>
                <w:rFonts w:ascii="Times New Roman" w:hAnsi="Times New Roman" w:cs="Times New Roman"/>
                <w:sz w:val="20"/>
                <w:szCs w:val="20"/>
              </w:rPr>
              <w:t>hazırlanması</w:t>
            </w:r>
            <w:proofErr w:type="spellEnd"/>
            <w:r w:rsidR="00B952F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B952F0">
              <w:rPr>
                <w:rFonts w:ascii="Times New Roman" w:hAnsi="Times New Roman" w:cs="Times New Roman"/>
                <w:sz w:val="20"/>
                <w:szCs w:val="20"/>
              </w:rPr>
              <w:t>ve</w:t>
            </w:r>
            <w:proofErr w:type="spellEnd"/>
            <w:r w:rsidR="00B952F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B952F0">
              <w:rPr>
                <w:rFonts w:ascii="Times New Roman" w:hAnsi="Times New Roman" w:cs="Times New Roman"/>
                <w:sz w:val="20"/>
                <w:szCs w:val="20"/>
              </w:rPr>
              <w:t>uygulanması</w:t>
            </w:r>
            <w:proofErr w:type="spellEnd"/>
          </w:p>
        </w:tc>
        <w:tc>
          <w:tcPr>
            <w:tcW w:w="0" w:type="auto"/>
            <w:vAlign w:val="center"/>
          </w:tcPr>
          <w:p w14:paraId="62DBE184" w14:textId="59C3E010" w:rsidR="00B952F0" w:rsidRPr="008263AB" w:rsidRDefault="00B952F0" w:rsidP="00B95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95930">
              <w:rPr>
                <w:rFonts w:ascii="Times New Roman" w:hAnsi="Times New Roman" w:cs="Times New Roman"/>
                <w:sz w:val="20"/>
                <w:szCs w:val="20"/>
              </w:rPr>
              <w:t xml:space="preserve">Kalite </w:t>
            </w:r>
            <w:proofErr w:type="spellStart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>Komisyonu</w:t>
            </w:r>
            <w:proofErr w:type="spellEnd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>Üyeleri</w:t>
            </w:r>
            <w:proofErr w:type="spellEnd"/>
          </w:p>
        </w:tc>
        <w:tc>
          <w:tcPr>
            <w:tcW w:w="0" w:type="auto"/>
            <w:vAlign w:val="center"/>
          </w:tcPr>
          <w:p w14:paraId="28676683" w14:textId="4A77A4F9" w:rsidR="00B952F0" w:rsidRPr="008263AB" w:rsidRDefault="00B952F0" w:rsidP="00B95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:00</w:t>
            </w:r>
          </w:p>
        </w:tc>
        <w:tc>
          <w:tcPr>
            <w:tcW w:w="0" w:type="auto"/>
            <w:vAlign w:val="center"/>
          </w:tcPr>
          <w:p w14:paraId="21D47619" w14:textId="6B00B228" w:rsidR="00B952F0" w:rsidRPr="008263AB" w:rsidRDefault="00B952F0" w:rsidP="00B95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Enstitü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Toplantı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Salonu</w:t>
            </w:r>
            <w:proofErr w:type="spellEnd"/>
          </w:p>
        </w:tc>
      </w:tr>
      <w:tr w:rsidR="00D56BDC" w:rsidRPr="008263AB" w14:paraId="0FAA0412" w14:textId="77777777" w:rsidTr="00D56B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6" w:type="dxa"/>
            <w:vAlign w:val="center"/>
          </w:tcPr>
          <w:p w14:paraId="1EB63958" w14:textId="42A14DE4" w:rsidR="00B952F0" w:rsidRPr="008263AB" w:rsidRDefault="00B952F0" w:rsidP="00B952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Hafta</w:t>
            </w:r>
            <w:proofErr w:type="spellEnd"/>
          </w:p>
        </w:tc>
        <w:tc>
          <w:tcPr>
            <w:tcW w:w="1134" w:type="dxa"/>
            <w:vAlign w:val="center"/>
          </w:tcPr>
          <w:p w14:paraId="4FC2B3F1" w14:textId="290F590D" w:rsidR="00B952F0" w:rsidRPr="008263AB" w:rsidRDefault="00B952F0" w:rsidP="00B95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16.06.2026</w:t>
            </w:r>
          </w:p>
        </w:tc>
        <w:tc>
          <w:tcPr>
            <w:tcW w:w="1908" w:type="dxa"/>
            <w:vAlign w:val="center"/>
          </w:tcPr>
          <w:p w14:paraId="7B7E0F9F" w14:textId="0A8BF481" w:rsidR="00B952F0" w:rsidRPr="008263AB" w:rsidRDefault="00B952F0" w:rsidP="00B95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Akademik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personel</w:t>
            </w:r>
            <w:proofErr w:type="spellEnd"/>
            <w:r w:rsidRPr="00B952F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952F0">
              <w:rPr>
                <w:rFonts w:ascii="Times New Roman" w:hAnsi="Times New Roman" w:cs="Times New Roman"/>
                <w:sz w:val="20"/>
                <w:szCs w:val="20"/>
              </w:rPr>
              <w:t>idari</w:t>
            </w:r>
            <w:proofErr w:type="spellEnd"/>
            <w:r w:rsidRPr="00B952F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952F0">
              <w:rPr>
                <w:rFonts w:ascii="Times New Roman" w:hAnsi="Times New Roman" w:cs="Times New Roman"/>
                <w:sz w:val="20"/>
                <w:szCs w:val="20"/>
              </w:rPr>
              <w:t>personel</w:t>
            </w:r>
            <w:proofErr w:type="spellEnd"/>
            <w:r w:rsidRPr="00B952F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952F0">
              <w:rPr>
                <w:rFonts w:ascii="Times New Roman" w:hAnsi="Times New Roman" w:cs="Times New Roman"/>
                <w:sz w:val="20"/>
                <w:szCs w:val="20"/>
              </w:rPr>
              <w:t>ve</w:t>
            </w:r>
            <w:proofErr w:type="spellEnd"/>
            <w:r w:rsidRPr="00B952F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952F0">
              <w:rPr>
                <w:rFonts w:ascii="Times New Roman" w:hAnsi="Times New Roman" w:cs="Times New Roman"/>
                <w:sz w:val="20"/>
                <w:szCs w:val="20"/>
              </w:rPr>
              <w:t>öğrenci</w:t>
            </w:r>
            <w:proofErr w:type="spellEnd"/>
            <w:r w:rsidRPr="00B952F0">
              <w:rPr>
                <w:rFonts w:ascii="Times New Roman" w:hAnsi="Times New Roman" w:cs="Times New Roman"/>
                <w:sz w:val="20"/>
                <w:szCs w:val="20"/>
              </w:rPr>
              <w:t xml:space="preserve"> memnuniyet </w:t>
            </w:r>
            <w:proofErr w:type="spellStart"/>
            <w:r w:rsidRPr="00B952F0">
              <w:rPr>
                <w:rFonts w:ascii="Times New Roman" w:hAnsi="Times New Roman" w:cs="Times New Roman"/>
                <w:sz w:val="20"/>
                <w:szCs w:val="20"/>
              </w:rPr>
              <w:t>anketleri</w:t>
            </w:r>
            <w:proofErr w:type="spellEnd"/>
          </w:p>
        </w:tc>
        <w:tc>
          <w:tcPr>
            <w:tcW w:w="0" w:type="auto"/>
            <w:vAlign w:val="center"/>
          </w:tcPr>
          <w:p w14:paraId="2E2A3642" w14:textId="38EDE611" w:rsidR="00B952F0" w:rsidRPr="008263AB" w:rsidRDefault="00B952F0" w:rsidP="00B95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Akademik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personel</w:t>
            </w:r>
            <w:proofErr w:type="spellEnd"/>
            <w:r w:rsidRPr="00B952F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952F0">
              <w:rPr>
                <w:rFonts w:ascii="Times New Roman" w:hAnsi="Times New Roman" w:cs="Times New Roman"/>
                <w:sz w:val="20"/>
                <w:szCs w:val="20"/>
              </w:rPr>
              <w:t>idari</w:t>
            </w:r>
            <w:proofErr w:type="spellEnd"/>
            <w:r w:rsidRPr="00B952F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952F0">
              <w:rPr>
                <w:rFonts w:ascii="Times New Roman" w:hAnsi="Times New Roman" w:cs="Times New Roman"/>
                <w:sz w:val="20"/>
                <w:szCs w:val="20"/>
              </w:rPr>
              <w:t>personel</w:t>
            </w:r>
            <w:proofErr w:type="spellEnd"/>
            <w:r w:rsidRPr="00B952F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952F0">
              <w:rPr>
                <w:rFonts w:ascii="Times New Roman" w:hAnsi="Times New Roman" w:cs="Times New Roman"/>
                <w:sz w:val="20"/>
                <w:szCs w:val="20"/>
              </w:rPr>
              <w:t>ve</w:t>
            </w:r>
            <w:proofErr w:type="spellEnd"/>
            <w:r w:rsidRPr="00B952F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952F0">
              <w:rPr>
                <w:rFonts w:ascii="Times New Roman" w:hAnsi="Times New Roman" w:cs="Times New Roman"/>
                <w:sz w:val="20"/>
                <w:szCs w:val="20"/>
              </w:rPr>
              <w:t>öğrenci</w:t>
            </w:r>
            <w:proofErr w:type="spellEnd"/>
            <w:r w:rsidRPr="00B952F0">
              <w:rPr>
                <w:rFonts w:ascii="Times New Roman" w:hAnsi="Times New Roman" w:cs="Times New Roman"/>
                <w:sz w:val="20"/>
                <w:szCs w:val="20"/>
              </w:rPr>
              <w:t xml:space="preserve"> memnuniyet </w:t>
            </w:r>
            <w:proofErr w:type="spellStart"/>
            <w:r w:rsidRPr="00B952F0">
              <w:rPr>
                <w:rFonts w:ascii="Times New Roman" w:hAnsi="Times New Roman" w:cs="Times New Roman"/>
                <w:sz w:val="20"/>
                <w:szCs w:val="20"/>
              </w:rPr>
              <w:t>anketleri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nin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değerlendirilmesi</w:t>
            </w:r>
            <w:proofErr w:type="spellEnd"/>
          </w:p>
        </w:tc>
        <w:tc>
          <w:tcPr>
            <w:tcW w:w="0" w:type="auto"/>
            <w:vAlign w:val="center"/>
          </w:tcPr>
          <w:p w14:paraId="2470403E" w14:textId="4BBD9A85" w:rsidR="00B952F0" w:rsidRPr="008263AB" w:rsidRDefault="00B952F0" w:rsidP="00B95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95930">
              <w:rPr>
                <w:rFonts w:ascii="Times New Roman" w:hAnsi="Times New Roman" w:cs="Times New Roman"/>
                <w:sz w:val="20"/>
                <w:szCs w:val="20"/>
              </w:rPr>
              <w:t xml:space="preserve">Kalite </w:t>
            </w:r>
            <w:proofErr w:type="spellStart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>Komisyonu</w:t>
            </w:r>
            <w:proofErr w:type="spellEnd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>Üyeleri</w:t>
            </w:r>
            <w:proofErr w:type="spellEnd"/>
          </w:p>
        </w:tc>
        <w:tc>
          <w:tcPr>
            <w:tcW w:w="0" w:type="auto"/>
            <w:vAlign w:val="center"/>
          </w:tcPr>
          <w:p w14:paraId="015D6232" w14:textId="43DDC4A5" w:rsidR="00B952F0" w:rsidRPr="008263AB" w:rsidRDefault="00B952F0" w:rsidP="00B95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:00</w:t>
            </w:r>
          </w:p>
        </w:tc>
        <w:tc>
          <w:tcPr>
            <w:tcW w:w="0" w:type="auto"/>
            <w:vAlign w:val="center"/>
          </w:tcPr>
          <w:p w14:paraId="768CB934" w14:textId="2DCDD019" w:rsidR="00B952F0" w:rsidRPr="008263AB" w:rsidRDefault="00B952F0" w:rsidP="00B95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Enstitü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Toplantı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Salonu</w:t>
            </w:r>
            <w:proofErr w:type="spellEnd"/>
          </w:p>
        </w:tc>
      </w:tr>
      <w:tr w:rsidR="00B952F0" w:rsidRPr="008263AB" w14:paraId="5DD003F8" w14:textId="77777777" w:rsidTr="00D56BD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6" w:type="dxa"/>
            <w:vAlign w:val="center"/>
          </w:tcPr>
          <w:p w14:paraId="08234BCD" w14:textId="11ACE946" w:rsidR="00B952F0" w:rsidRDefault="00B952F0" w:rsidP="00B952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Hafta</w:t>
            </w:r>
            <w:proofErr w:type="spellEnd"/>
          </w:p>
        </w:tc>
        <w:tc>
          <w:tcPr>
            <w:tcW w:w="1134" w:type="dxa"/>
            <w:vAlign w:val="center"/>
          </w:tcPr>
          <w:p w14:paraId="4D1FBE21" w14:textId="3A38989F" w:rsidR="00B952F0" w:rsidRDefault="00B952F0" w:rsidP="00B95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30.06.2026</w:t>
            </w:r>
          </w:p>
        </w:tc>
        <w:tc>
          <w:tcPr>
            <w:tcW w:w="1908" w:type="dxa"/>
            <w:vAlign w:val="center"/>
          </w:tcPr>
          <w:p w14:paraId="55CDE858" w14:textId="5B19B8D0" w:rsidR="00B952F0" w:rsidRDefault="00B952F0" w:rsidP="00B95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Yönetimi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gözden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geçirme</w:t>
            </w:r>
            <w:proofErr w:type="spellEnd"/>
          </w:p>
        </w:tc>
        <w:tc>
          <w:tcPr>
            <w:tcW w:w="0" w:type="auto"/>
            <w:vAlign w:val="center"/>
          </w:tcPr>
          <w:p w14:paraId="57574CC9" w14:textId="0152C202" w:rsidR="00B952F0" w:rsidRDefault="00B952F0" w:rsidP="00B95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Enstitü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vizyon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misyon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hedeflerinin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gözden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geçirilmesi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değerlendirilmesi</w:t>
            </w:r>
            <w:proofErr w:type="spellEnd"/>
          </w:p>
        </w:tc>
        <w:tc>
          <w:tcPr>
            <w:tcW w:w="0" w:type="auto"/>
            <w:vAlign w:val="center"/>
          </w:tcPr>
          <w:p w14:paraId="4F1C8BF8" w14:textId="77777777" w:rsidR="00B952F0" w:rsidRDefault="00B952F0" w:rsidP="00B95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Yönetim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Kurulu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Üyeleri</w:t>
            </w:r>
            <w:proofErr w:type="spellEnd"/>
          </w:p>
          <w:p w14:paraId="4B29AC89" w14:textId="40CE8DA3" w:rsidR="00B952F0" w:rsidRPr="00D108BF" w:rsidRDefault="00B952F0" w:rsidP="00B95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95930">
              <w:rPr>
                <w:rFonts w:ascii="Times New Roman" w:hAnsi="Times New Roman" w:cs="Times New Roman"/>
                <w:sz w:val="20"/>
                <w:szCs w:val="20"/>
              </w:rPr>
              <w:t xml:space="preserve">Kalite </w:t>
            </w:r>
            <w:proofErr w:type="spellStart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>Komisyonu</w:t>
            </w:r>
            <w:proofErr w:type="spellEnd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95930">
              <w:rPr>
                <w:rFonts w:ascii="Times New Roman" w:hAnsi="Times New Roman" w:cs="Times New Roman"/>
                <w:sz w:val="20"/>
                <w:szCs w:val="20"/>
              </w:rPr>
              <w:t>Üyeleri</w:t>
            </w:r>
            <w:proofErr w:type="spellEnd"/>
          </w:p>
        </w:tc>
        <w:tc>
          <w:tcPr>
            <w:tcW w:w="0" w:type="auto"/>
            <w:vAlign w:val="center"/>
          </w:tcPr>
          <w:p w14:paraId="18CCE4BB" w14:textId="1DF1D2D4" w:rsidR="00B952F0" w:rsidRPr="008263AB" w:rsidRDefault="00B952F0" w:rsidP="00B95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:00</w:t>
            </w:r>
          </w:p>
        </w:tc>
        <w:tc>
          <w:tcPr>
            <w:tcW w:w="0" w:type="auto"/>
            <w:vAlign w:val="center"/>
          </w:tcPr>
          <w:p w14:paraId="076F8F10" w14:textId="6131BF58" w:rsidR="00B952F0" w:rsidRPr="008263AB" w:rsidRDefault="00B952F0" w:rsidP="00B95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Enstitü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Toplantı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Salonu</w:t>
            </w:r>
            <w:proofErr w:type="spellEnd"/>
          </w:p>
        </w:tc>
      </w:tr>
    </w:tbl>
    <w:p w14:paraId="5B45F273" w14:textId="77777777" w:rsidR="001813EE" w:rsidRPr="008263AB" w:rsidRDefault="001813EE">
      <w:pPr>
        <w:rPr>
          <w:rFonts w:ascii="Times New Roman" w:hAnsi="Times New Roman" w:cs="Times New Roman"/>
        </w:rPr>
      </w:pPr>
    </w:p>
    <w:sectPr w:rsidR="001813EE" w:rsidRPr="008263AB" w:rsidSect="008263AB">
      <w:head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CF1A32" w14:textId="77777777" w:rsidR="004C6277" w:rsidRDefault="004C6277" w:rsidP="00995930">
      <w:pPr>
        <w:spacing w:after="0" w:line="240" w:lineRule="auto"/>
      </w:pPr>
      <w:r>
        <w:separator/>
      </w:r>
    </w:p>
  </w:endnote>
  <w:endnote w:type="continuationSeparator" w:id="0">
    <w:p w14:paraId="5B3C4142" w14:textId="77777777" w:rsidR="004C6277" w:rsidRDefault="004C6277" w:rsidP="00995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9D2D43" w14:textId="77777777" w:rsidR="004C6277" w:rsidRDefault="004C6277" w:rsidP="00995930">
      <w:pPr>
        <w:spacing w:after="0" w:line="240" w:lineRule="auto"/>
      </w:pPr>
      <w:r>
        <w:separator/>
      </w:r>
    </w:p>
  </w:footnote>
  <w:footnote w:type="continuationSeparator" w:id="0">
    <w:p w14:paraId="1B06A01B" w14:textId="77777777" w:rsidR="004C6277" w:rsidRDefault="004C6277" w:rsidP="009959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ook w:val="01E0" w:firstRow="1" w:lastRow="1" w:firstColumn="1" w:lastColumn="1" w:noHBand="0" w:noVBand="0"/>
    </w:tblPr>
    <w:tblGrid>
      <w:gridCol w:w="2607"/>
      <w:gridCol w:w="8193"/>
    </w:tblGrid>
    <w:tr w:rsidR="00995930" w:rsidRPr="00995930" w14:paraId="7C21A30F" w14:textId="77777777" w:rsidTr="00CE1999">
      <w:trPr>
        <w:trHeight w:val="1129"/>
      </w:trPr>
      <w:tc>
        <w:tcPr>
          <w:tcW w:w="1207" w:type="pct"/>
          <w:shd w:val="clear" w:color="auto" w:fill="auto"/>
        </w:tcPr>
        <w:p w14:paraId="452BFF66" w14:textId="77777777" w:rsidR="00995930" w:rsidRPr="00995930" w:rsidRDefault="00995930" w:rsidP="00995930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lang w:val="tr-TR" w:eastAsia="tr-TR"/>
            </w:rPr>
          </w:pPr>
          <w:r w:rsidRPr="00995930">
            <w:rPr>
              <w:rFonts w:ascii="Times New Roman" w:eastAsia="Times New Roman" w:hAnsi="Times New Roman" w:cs="Times New Roman"/>
              <w:noProof/>
              <w:sz w:val="24"/>
              <w:szCs w:val="24"/>
              <w:lang w:val="tr-TR" w:eastAsia="tr-TR"/>
            </w:rPr>
            <w:drawing>
              <wp:inline distT="0" distB="0" distL="0" distR="0" wp14:anchorId="31797F0B" wp14:editId="1D0BA7EF">
                <wp:extent cx="1352550" cy="782725"/>
                <wp:effectExtent l="0" t="0" r="0" b="0"/>
                <wp:docPr id="59" name="Resim 59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yen-logo-dikey-siirt-20188610521169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52550" cy="782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pct"/>
          <w:shd w:val="clear" w:color="auto" w:fill="auto"/>
          <w:vAlign w:val="center"/>
        </w:tcPr>
        <w:p w14:paraId="43F1BACE" w14:textId="77777777" w:rsidR="00995930" w:rsidRPr="00995930" w:rsidRDefault="00995930" w:rsidP="00995930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lang w:val="tr-TR" w:eastAsia="tr-TR"/>
            </w:rPr>
          </w:pPr>
          <w:r w:rsidRPr="00995930">
            <w:rPr>
              <w:rFonts w:ascii="Times New Roman" w:eastAsia="Times New Roman" w:hAnsi="Times New Roman" w:cs="Times New Roman"/>
              <w:b/>
              <w:lang w:val="tr-TR" w:eastAsia="tr-TR"/>
            </w:rPr>
            <w:t>SAĞLIK BİLİMLERİ ENSTİTÜSÜ</w:t>
          </w:r>
        </w:p>
        <w:p w14:paraId="5B92A5CC" w14:textId="77777777" w:rsidR="00D56BDC" w:rsidRDefault="00995930" w:rsidP="00D56BDC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lang w:eastAsia="tr-TR"/>
            </w:rPr>
          </w:pPr>
          <w:r>
            <w:rPr>
              <w:rFonts w:ascii="Times New Roman" w:eastAsia="Times New Roman" w:hAnsi="Times New Roman" w:cs="Times New Roman"/>
              <w:b/>
              <w:lang w:eastAsia="tr-TR"/>
            </w:rPr>
            <w:t>KALİTE KOMİ</w:t>
          </w:r>
          <w:r w:rsidRPr="00995930">
            <w:rPr>
              <w:rFonts w:ascii="Times New Roman" w:eastAsia="Times New Roman" w:hAnsi="Times New Roman" w:cs="Times New Roman"/>
              <w:b/>
              <w:lang w:eastAsia="tr-TR"/>
            </w:rPr>
            <w:t xml:space="preserve">SYONU </w:t>
          </w:r>
        </w:p>
        <w:p w14:paraId="35347541" w14:textId="77777777" w:rsidR="00D56BDC" w:rsidRDefault="00995930" w:rsidP="00D56BDC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lang w:eastAsia="tr-TR"/>
            </w:rPr>
          </w:pPr>
          <w:r w:rsidRPr="00995930">
            <w:rPr>
              <w:rFonts w:ascii="Times New Roman" w:eastAsia="Times New Roman" w:hAnsi="Times New Roman" w:cs="Times New Roman"/>
              <w:b/>
              <w:lang w:eastAsia="tr-TR"/>
            </w:rPr>
            <w:t>202</w:t>
          </w:r>
          <w:r w:rsidR="00D56BDC">
            <w:rPr>
              <w:rFonts w:ascii="Times New Roman" w:eastAsia="Times New Roman" w:hAnsi="Times New Roman" w:cs="Times New Roman"/>
              <w:b/>
              <w:lang w:eastAsia="tr-TR"/>
            </w:rPr>
            <w:t xml:space="preserve">5-2026 EĞİTİM-ÖĞRETİM YILI BAHAR YARI YILI </w:t>
          </w:r>
        </w:p>
        <w:p w14:paraId="0BE8C6DC" w14:textId="23EF7A53" w:rsidR="00995930" w:rsidRPr="00995930" w:rsidRDefault="00D56BDC" w:rsidP="00D56BDC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lang w:eastAsia="tr-TR"/>
            </w:rPr>
          </w:pPr>
          <w:r>
            <w:rPr>
              <w:rFonts w:ascii="Times New Roman" w:eastAsia="Times New Roman" w:hAnsi="Times New Roman" w:cs="Times New Roman"/>
              <w:b/>
              <w:lang w:eastAsia="tr-TR"/>
            </w:rPr>
            <w:t>FAALİYET PLANI Çİ</w:t>
          </w:r>
          <w:r w:rsidR="00995930" w:rsidRPr="00995930">
            <w:rPr>
              <w:rFonts w:ascii="Times New Roman" w:eastAsia="Times New Roman" w:hAnsi="Times New Roman" w:cs="Times New Roman"/>
              <w:b/>
              <w:lang w:eastAsia="tr-TR"/>
            </w:rPr>
            <w:t>ZELGES</w:t>
          </w:r>
          <w:r>
            <w:rPr>
              <w:rFonts w:ascii="Times New Roman" w:eastAsia="Times New Roman" w:hAnsi="Times New Roman" w:cs="Times New Roman"/>
              <w:b/>
              <w:lang w:eastAsia="tr-TR"/>
            </w:rPr>
            <w:t>İ</w:t>
          </w:r>
        </w:p>
      </w:tc>
    </w:tr>
  </w:tbl>
  <w:p w14:paraId="13E855E0" w14:textId="3AAF7C0D" w:rsidR="00995930" w:rsidRDefault="00995930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1813EE"/>
    <w:rsid w:val="00284783"/>
    <w:rsid w:val="00291C13"/>
    <w:rsid w:val="0029639D"/>
    <w:rsid w:val="002B514C"/>
    <w:rsid w:val="00326F90"/>
    <w:rsid w:val="003515C2"/>
    <w:rsid w:val="004C6277"/>
    <w:rsid w:val="00553684"/>
    <w:rsid w:val="005E6F42"/>
    <w:rsid w:val="006F5296"/>
    <w:rsid w:val="007866A0"/>
    <w:rsid w:val="007B73DE"/>
    <w:rsid w:val="008263AB"/>
    <w:rsid w:val="00891AA3"/>
    <w:rsid w:val="008C28BF"/>
    <w:rsid w:val="008D0160"/>
    <w:rsid w:val="008E51BB"/>
    <w:rsid w:val="008F5CBF"/>
    <w:rsid w:val="00995930"/>
    <w:rsid w:val="00AA1D8D"/>
    <w:rsid w:val="00AB6052"/>
    <w:rsid w:val="00B47730"/>
    <w:rsid w:val="00B952F0"/>
    <w:rsid w:val="00C07280"/>
    <w:rsid w:val="00C40A27"/>
    <w:rsid w:val="00CB0664"/>
    <w:rsid w:val="00D108BF"/>
    <w:rsid w:val="00D21668"/>
    <w:rsid w:val="00D56BDC"/>
    <w:rsid w:val="00E45B1D"/>
    <w:rsid w:val="00F20C24"/>
    <w:rsid w:val="00F70663"/>
    <w:rsid w:val="00F73B08"/>
    <w:rsid w:val="00FB139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FC67C58"/>
  <w14:defaultImageDpi w14:val="300"/>
  <w15:docId w15:val="{B8720506-E4D6-42B0-9D4B-4D93856E5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52F0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lavuzuTablo4-Vurgu5">
    <w:name w:val="Grid Table 4 Accent 5"/>
    <w:basedOn w:val="NormalTablo"/>
    <w:uiPriority w:val="49"/>
    <w:rsid w:val="00D56BDC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images.google.com.tr/imgres?imgurl=http://www.kenthaber.com/Resimler/2009/06/20/9b185c72-1783-4885-b437-b135f38f2e22.jpg&amp;imgrefurl=http://www.kenthaber.com/guneydogu-anadolu/siirt/Haber/Genel/Normal/siirt-universitesinin-logosu-degisti/27675072-9c60-45b0-875f-fcdb0e6deae0&amp;usg=__DDs8YJ-iWi2jz5SBQ2RB8RW7lq4=&amp;h=170&amp;w=227&amp;sz=16&amp;hl=tr&amp;start=22&amp;um=1&amp;tbnid=kGHPXwaoGzZDoM:&amp;tbnh=81&amp;tbnw=108&amp;prev=/images?q%3Dsiirt%2B%C3%BCniversitesi%26ndsp%3D18%26hl%3Dtr%26rlz%3D1G1GGLQ_TRTR343%26sa%3DN%26start%3D18%26um%3D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02739EE-E0C1-4BD9-9B7E-81A3E7EA8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518</Words>
  <Characters>2955</Characters>
  <Application>Microsoft Office Word</Application>
  <DocSecurity>0</DocSecurity>
  <Lines>24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3467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Özgül GÜLAYDIN</cp:lastModifiedBy>
  <cp:revision>3</cp:revision>
  <dcterms:created xsi:type="dcterms:W3CDTF">2026-02-09T12:58:00Z</dcterms:created>
  <dcterms:modified xsi:type="dcterms:W3CDTF">2026-02-09T13:38:00Z</dcterms:modified>
</cp:coreProperties>
</file>