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BDFA8E" w14:textId="02EFC023" w:rsidR="00D70AC8" w:rsidRPr="00D70AC8" w:rsidRDefault="00D70AC8" w:rsidP="00D70AC8">
      <w:pPr>
        <w:pStyle w:val="KonuBal"/>
        <w:jc w:val="center"/>
        <w:rPr>
          <w:rFonts w:ascii="Times New Roman" w:hAnsi="Times New Roman" w:cs="Times New Roman"/>
          <w:b/>
          <w:bCs/>
          <w:color w:val="auto"/>
          <w:sz w:val="24"/>
          <w:szCs w:val="24"/>
        </w:rPr>
      </w:pPr>
      <w:bookmarkStart w:id="0" w:name="_GoBack"/>
      <w:bookmarkEnd w:id="0"/>
      <w:r w:rsidRPr="00D70AC8">
        <w:rPr>
          <w:rFonts w:ascii="Times New Roman" w:hAnsi="Times New Roman" w:cs="Times New Roman"/>
          <w:b/>
          <w:bCs/>
          <w:color w:val="auto"/>
          <w:sz w:val="24"/>
          <w:szCs w:val="24"/>
        </w:rPr>
        <w:t xml:space="preserve">“Sağlık </w:t>
      </w:r>
      <w:proofErr w:type="spellStart"/>
      <w:r w:rsidRPr="00D70AC8">
        <w:rPr>
          <w:rFonts w:ascii="Times New Roman" w:hAnsi="Times New Roman" w:cs="Times New Roman"/>
          <w:b/>
          <w:bCs/>
          <w:color w:val="auto"/>
          <w:sz w:val="24"/>
          <w:szCs w:val="24"/>
        </w:rPr>
        <w:t>Bilimleri</w:t>
      </w:r>
      <w:proofErr w:type="spellEnd"/>
      <w:r w:rsidRPr="00D70AC8">
        <w:rPr>
          <w:rFonts w:ascii="Times New Roman" w:hAnsi="Times New Roman" w:cs="Times New Roman"/>
          <w:b/>
          <w:bCs/>
          <w:color w:val="auto"/>
          <w:sz w:val="24"/>
          <w:szCs w:val="24"/>
        </w:rPr>
        <w:t xml:space="preserve"> </w:t>
      </w:r>
      <w:proofErr w:type="spellStart"/>
      <w:r w:rsidRPr="00D70AC8">
        <w:rPr>
          <w:rFonts w:ascii="Times New Roman" w:hAnsi="Times New Roman" w:cs="Times New Roman"/>
          <w:b/>
          <w:bCs/>
          <w:color w:val="auto"/>
          <w:sz w:val="24"/>
          <w:szCs w:val="24"/>
        </w:rPr>
        <w:t>Enstitüsü</w:t>
      </w:r>
      <w:proofErr w:type="spellEnd"/>
      <w:r w:rsidRPr="00D70AC8">
        <w:rPr>
          <w:rFonts w:ascii="Times New Roman" w:hAnsi="Times New Roman" w:cs="Times New Roman"/>
          <w:b/>
          <w:bCs/>
          <w:color w:val="auto"/>
          <w:sz w:val="24"/>
          <w:szCs w:val="24"/>
        </w:rPr>
        <w:t xml:space="preserve"> </w:t>
      </w:r>
      <w:proofErr w:type="spellStart"/>
      <w:r w:rsidRPr="00D70AC8">
        <w:rPr>
          <w:rFonts w:ascii="Times New Roman" w:hAnsi="Times New Roman" w:cs="Times New Roman"/>
          <w:b/>
          <w:bCs/>
          <w:color w:val="auto"/>
          <w:sz w:val="24"/>
          <w:szCs w:val="24"/>
        </w:rPr>
        <w:t>İdari</w:t>
      </w:r>
      <w:proofErr w:type="spellEnd"/>
      <w:r w:rsidRPr="00D70AC8">
        <w:rPr>
          <w:rFonts w:ascii="Times New Roman" w:hAnsi="Times New Roman" w:cs="Times New Roman"/>
          <w:b/>
          <w:bCs/>
          <w:color w:val="auto"/>
          <w:sz w:val="24"/>
          <w:szCs w:val="24"/>
        </w:rPr>
        <w:t xml:space="preserve"> </w:t>
      </w:r>
      <w:proofErr w:type="spellStart"/>
      <w:r w:rsidRPr="00D70AC8">
        <w:rPr>
          <w:rFonts w:ascii="Times New Roman" w:hAnsi="Times New Roman" w:cs="Times New Roman"/>
          <w:b/>
          <w:bCs/>
          <w:color w:val="auto"/>
          <w:sz w:val="24"/>
          <w:szCs w:val="24"/>
        </w:rPr>
        <w:t>Personel</w:t>
      </w:r>
      <w:proofErr w:type="spellEnd"/>
      <w:r w:rsidRPr="00D70AC8">
        <w:rPr>
          <w:rFonts w:ascii="Times New Roman" w:hAnsi="Times New Roman" w:cs="Times New Roman"/>
          <w:b/>
          <w:bCs/>
          <w:color w:val="auto"/>
          <w:sz w:val="24"/>
          <w:szCs w:val="24"/>
        </w:rPr>
        <w:t xml:space="preserve"> </w:t>
      </w:r>
      <w:proofErr w:type="spellStart"/>
      <w:r w:rsidRPr="00D70AC8">
        <w:rPr>
          <w:rFonts w:ascii="Times New Roman" w:hAnsi="Times New Roman" w:cs="Times New Roman"/>
          <w:b/>
          <w:bCs/>
          <w:color w:val="auto"/>
          <w:sz w:val="24"/>
          <w:szCs w:val="24"/>
        </w:rPr>
        <w:t>Memnuniyet</w:t>
      </w:r>
      <w:proofErr w:type="spellEnd"/>
      <w:r w:rsidRPr="00D70AC8">
        <w:rPr>
          <w:rFonts w:ascii="Times New Roman" w:hAnsi="Times New Roman" w:cs="Times New Roman"/>
          <w:b/>
          <w:bCs/>
          <w:color w:val="auto"/>
          <w:sz w:val="24"/>
          <w:szCs w:val="24"/>
        </w:rPr>
        <w:t xml:space="preserve"> </w:t>
      </w:r>
      <w:proofErr w:type="spellStart"/>
      <w:r w:rsidRPr="00D70AC8">
        <w:rPr>
          <w:rFonts w:ascii="Times New Roman" w:hAnsi="Times New Roman" w:cs="Times New Roman"/>
          <w:b/>
          <w:bCs/>
          <w:color w:val="auto"/>
          <w:sz w:val="24"/>
          <w:szCs w:val="24"/>
        </w:rPr>
        <w:t>Anketi</w:t>
      </w:r>
      <w:proofErr w:type="spellEnd"/>
      <w:r w:rsidRPr="00D70AC8">
        <w:rPr>
          <w:rFonts w:ascii="Times New Roman" w:hAnsi="Times New Roman" w:cs="Times New Roman"/>
          <w:b/>
          <w:bCs/>
          <w:color w:val="auto"/>
          <w:sz w:val="24"/>
          <w:szCs w:val="24"/>
        </w:rPr>
        <w:t xml:space="preserve"> </w:t>
      </w:r>
      <w:proofErr w:type="spellStart"/>
      <w:r w:rsidRPr="00D70AC8">
        <w:rPr>
          <w:rFonts w:ascii="Times New Roman" w:hAnsi="Times New Roman" w:cs="Times New Roman"/>
          <w:b/>
          <w:bCs/>
          <w:color w:val="auto"/>
          <w:sz w:val="24"/>
          <w:szCs w:val="24"/>
        </w:rPr>
        <w:t>Raporu</w:t>
      </w:r>
      <w:proofErr w:type="spellEnd"/>
      <w:r w:rsidRPr="00D70AC8">
        <w:rPr>
          <w:rFonts w:ascii="Times New Roman" w:hAnsi="Times New Roman" w:cs="Times New Roman"/>
          <w:b/>
          <w:bCs/>
          <w:color w:val="auto"/>
          <w:sz w:val="24"/>
          <w:szCs w:val="24"/>
        </w:rPr>
        <w:t xml:space="preserve">” </w:t>
      </w:r>
    </w:p>
    <w:p w14:paraId="05A40670" w14:textId="56FF005E" w:rsidR="00D70AC8" w:rsidRPr="00D70AC8" w:rsidRDefault="00D70AC8" w:rsidP="00D70AC8">
      <w:pPr>
        <w:pStyle w:val="KonuBal"/>
        <w:jc w:val="center"/>
        <w:rPr>
          <w:rFonts w:ascii="Times New Roman" w:hAnsi="Times New Roman" w:cs="Times New Roman"/>
          <w:b/>
          <w:bCs/>
          <w:color w:val="auto"/>
          <w:sz w:val="24"/>
          <w:szCs w:val="24"/>
        </w:rPr>
      </w:pPr>
      <w:proofErr w:type="spellStart"/>
      <w:r w:rsidRPr="00D70AC8">
        <w:rPr>
          <w:rFonts w:ascii="Times New Roman" w:hAnsi="Times New Roman" w:cs="Times New Roman"/>
          <w:b/>
          <w:bCs/>
          <w:color w:val="auto"/>
          <w:sz w:val="24"/>
          <w:szCs w:val="24"/>
        </w:rPr>
        <w:t>Katılımcı</w:t>
      </w:r>
      <w:proofErr w:type="spellEnd"/>
      <w:r w:rsidRPr="00D70AC8">
        <w:rPr>
          <w:rFonts w:ascii="Times New Roman" w:hAnsi="Times New Roman" w:cs="Times New Roman"/>
          <w:b/>
          <w:bCs/>
          <w:color w:val="auto"/>
          <w:sz w:val="24"/>
          <w:szCs w:val="24"/>
        </w:rPr>
        <w:t xml:space="preserve"> </w:t>
      </w:r>
      <w:proofErr w:type="spellStart"/>
      <w:r w:rsidRPr="00D70AC8">
        <w:rPr>
          <w:rFonts w:ascii="Times New Roman" w:hAnsi="Times New Roman" w:cs="Times New Roman"/>
          <w:b/>
          <w:bCs/>
          <w:color w:val="auto"/>
          <w:sz w:val="24"/>
          <w:szCs w:val="24"/>
        </w:rPr>
        <w:t>Sayısı</w:t>
      </w:r>
      <w:proofErr w:type="spellEnd"/>
      <w:r w:rsidRPr="00D70AC8">
        <w:rPr>
          <w:rFonts w:ascii="Times New Roman" w:hAnsi="Times New Roman" w:cs="Times New Roman"/>
          <w:b/>
          <w:bCs/>
          <w:color w:val="auto"/>
          <w:sz w:val="24"/>
          <w:szCs w:val="24"/>
        </w:rPr>
        <w:t xml:space="preserve">: 3 </w:t>
      </w:r>
      <w:proofErr w:type="spellStart"/>
      <w:r w:rsidRPr="00D70AC8">
        <w:rPr>
          <w:rFonts w:ascii="Times New Roman" w:hAnsi="Times New Roman" w:cs="Times New Roman"/>
          <w:b/>
          <w:bCs/>
          <w:color w:val="auto"/>
          <w:sz w:val="24"/>
          <w:szCs w:val="24"/>
        </w:rPr>
        <w:t>İdari</w:t>
      </w:r>
      <w:proofErr w:type="spellEnd"/>
      <w:r w:rsidRPr="00D70AC8">
        <w:rPr>
          <w:rFonts w:ascii="Times New Roman" w:hAnsi="Times New Roman" w:cs="Times New Roman"/>
          <w:b/>
          <w:bCs/>
          <w:color w:val="auto"/>
          <w:sz w:val="24"/>
          <w:szCs w:val="24"/>
        </w:rPr>
        <w:t xml:space="preserve"> </w:t>
      </w:r>
      <w:proofErr w:type="spellStart"/>
      <w:r w:rsidRPr="00D70AC8">
        <w:rPr>
          <w:rFonts w:ascii="Times New Roman" w:hAnsi="Times New Roman" w:cs="Times New Roman"/>
          <w:b/>
          <w:bCs/>
          <w:color w:val="auto"/>
          <w:sz w:val="24"/>
          <w:szCs w:val="24"/>
        </w:rPr>
        <w:t>Personel</w:t>
      </w:r>
      <w:proofErr w:type="spellEnd"/>
    </w:p>
    <w:p w14:paraId="35805D9D" w14:textId="6731E2DF" w:rsidR="00D70AC8" w:rsidRPr="00D70AC8" w:rsidRDefault="00D70AC8" w:rsidP="00D70AC8">
      <w:pPr>
        <w:pStyle w:val="KonuBal"/>
        <w:jc w:val="center"/>
        <w:rPr>
          <w:rFonts w:ascii="Times New Roman" w:hAnsi="Times New Roman" w:cs="Times New Roman"/>
          <w:b/>
          <w:bCs/>
          <w:color w:val="auto"/>
          <w:sz w:val="24"/>
          <w:szCs w:val="24"/>
        </w:rPr>
      </w:pPr>
      <w:r w:rsidRPr="00D70AC8">
        <w:rPr>
          <w:rFonts w:ascii="Times New Roman" w:hAnsi="Times New Roman" w:cs="Times New Roman"/>
          <w:b/>
          <w:bCs/>
          <w:color w:val="auto"/>
          <w:sz w:val="24"/>
          <w:szCs w:val="24"/>
        </w:rPr>
        <w:t>Mayıs-Haziran 2025</w:t>
      </w:r>
    </w:p>
    <w:p w14:paraId="16C5DC6D" w14:textId="77777777" w:rsidR="00D70AC8" w:rsidRPr="00D70AC8" w:rsidRDefault="00D70AC8" w:rsidP="00D70AC8">
      <w:pPr>
        <w:spacing w:after="0"/>
        <w:rPr>
          <w:rFonts w:ascii="Times New Roman" w:hAnsi="Times New Roman" w:cs="Times New Roman"/>
          <w:sz w:val="24"/>
          <w:szCs w:val="24"/>
        </w:rPr>
      </w:pPr>
    </w:p>
    <w:p w14:paraId="4BA38AB7" w14:textId="3D6B08C8" w:rsidR="00CF246F" w:rsidRPr="00D70AC8" w:rsidRDefault="009F4353">
      <w:pPr>
        <w:pStyle w:val="Balk1"/>
        <w:rPr>
          <w:rFonts w:ascii="Times New Roman" w:hAnsi="Times New Roman" w:cs="Times New Roman"/>
          <w:color w:val="auto"/>
          <w:sz w:val="24"/>
          <w:szCs w:val="24"/>
        </w:rPr>
      </w:pPr>
      <w:r w:rsidRPr="00D70AC8">
        <w:rPr>
          <w:rFonts w:ascii="Segoe UI Emoji" w:hAnsi="Segoe UI Emoji" w:cs="Segoe UI Emoji"/>
          <w:color w:val="auto"/>
          <w:sz w:val="24"/>
          <w:szCs w:val="24"/>
        </w:rPr>
        <w:t>🎯</w:t>
      </w:r>
      <w:r w:rsidRPr="00D70AC8">
        <w:rPr>
          <w:rFonts w:ascii="Times New Roman" w:hAnsi="Times New Roman" w:cs="Times New Roman"/>
          <w:color w:val="auto"/>
          <w:sz w:val="24"/>
          <w:szCs w:val="24"/>
        </w:rPr>
        <w:t xml:space="preserve"> </w:t>
      </w:r>
      <w:r w:rsidR="00D70AC8" w:rsidRPr="00D70AC8">
        <w:rPr>
          <w:rFonts w:ascii="Times New Roman" w:hAnsi="Times New Roman" w:cs="Times New Roman"/>
          <w:color w:val="auto"/>
          <w:sz w:val="24"/>
          <w:szCs w:val="24"/>
        </w:rPr>
        <w:t xml:space="preserve">1. </w:t>
      </w:r>
      <w:proofErr w:type="spellStart"/>
      <w:r w:rsidRPr="00D70AC8">
        <w:rPr>
          <w:rFonts w:ascii="Times New Roman" w:hAnsi="Times New Roman" w:cs="Times New Roman"/>
          <w:color w:val="auto"/>
          <w:sz w:val="24"/>
          <w:szCs w:val="24"/>
        </w:rPr>
        <w:t>Görev</w:t>
      </w:r>
      <w:proofErr w:type="spellEnd"/>
      <w:r w:rsidRPr="00D70AC8">
        <w:rPr>
          <w:rFonts w:ascii="Times New Roman" w:hAnsi="Times New Roman" w:cs="Times New Roman"/>
          <w:color w:val="auto"/>
          <w:sz w:val="24"/>
          <w:szCs w:val="24"/>
        </w:rPr>
        <w:t xml:space="preserve"> </w:t>
      </w:r>
      <w:proofErr w:type="spellStart"/>
      <w:r w:rsidRPr="00D70AC8">
        <w:rPr>
          <w:rFonts w:ascii="Times New Roman" w:hAnsi="Times New Roman" w:cs="Times New Roman"/>
          <w:color w:val="auto"/>
          <w:sz w:val="24"/>
          <w:szCs w:val="24"/>
        </w:rPr>
        <w:t>ve</w:t>
      </w:r>
      <w:proofErr w:type="spellEnd"/>
      <w:r w:rsidRPr="00D70AC8">
        <w:rPr>
          <w:rFonts w:ascii="Times New Roman" w:hAnsi="Times New Roman" w:cs="Times New Roman"/>
          <w:color w:val="auto"/>
          <w:sz w:val="24"/>
          <w:szCs w:val="24"/>
        </w:rPr>
        <w:t xml:space="preserve"> </w:t>
      </w:r>
      <w:proofErr w:type="spellStart"/>
      <w:r w:rsidRPr="00D70AC8">
        <w:rPr>
          <w:rFonts w:ascii="Times New Roman" w:hAnsi="Times New Roman" w:cs="Times New Roman"/>
          <w:color w:val="auto"/>
          <w:sz w:val="24"/>
          <w:szCs w:val="24"/>
        </w:rPr>
        <w:t>Sorumlulukların</w:t>
      </w:r>
      <w:proofErr w:type="spellEnd"/>
      <w:r w:rsidRPr="00D70AC8">
        <w:rPr>
          <w:rFonts w:ascii="Times New Roman" w:hAnsi="Times New Roman" w:cs="Times New Roman"/>
          <w:color w:val="auto"/>
          <w:sz w:val="24"/>
          <w:szCs w:val="24"/>
        </w:rPr>
        <w:t xml:space="preserve"> </w:t>
      </w:r>
      <w:proofErr w:type="spellStart"/>
      <w:r w:rsidRPr="00D70AC8">
        <w:rPr>
          <w:rFonts w:ascii="Times New Roman" w:hAnsi="Times New Roman" w:cs="Times New Roman"/>
          <w:color w:val="auto"/>
          <w:sz w:val="24"/>
          <w:szCs w:val="24"/>
        </w:rPr>
        <w:t>Tanımlanması</w:t>
      </w:r>
      <w:proofErr w:type="spellEnd"/>
    </w:p>
    <w:p w14:paraId="5C0D6924" w14:textId="77777777" w:rsidR="00CF246F" w:rsidRPr="00D70AC8" w:rsidRDefault="009F4353">
      <w:pPr>
        <w:rPr>
          <w:rFonts w:ascii="Times New Roman" w:hAnsi="Times New Roman" w:cs="Times New Roman"/>
          <w:sz w:val="24"/>
          <w:szCs w:val="24"/>
        </w:rPr>
      </w:pPr>
      <w:r w:rsidRPr="00D70AC8">
        <w:rPr>
          <w:rFonts w:ascii="Times New Roman" w:hAnsi="Times New Roman" w:cs="Times New Roman"/>
          <w:b/>
          <w:bCs/>
          <w:sz w:val="24"/>
          <w:szCs w:val="24"/>
        </w:rPr>
        <w:t>Soru:</w:t>
      </w:r>
      <w:r w:rsidRPr="00D70AC8">
        <w:rPr>
          <w:rFonts w:ascii="Times New Roman" w:hAnsi="Times New Roman" w:cs="Times New Roman"/>
          <w:b/>
          <w:bCs/>
          <w:sz w:val="24"/>
          <w:szCs w:val="24"/>
        </w:rPr>
        <w:br/>
      </w:r>
      <w:r w:rsidRPr="00D70AC8">
        <w:rPr>
          <w:rFonts w:ascii="Times New Roman" w:hAnsi="Times New Roman" w:cs="Times New Roman"/>
          <w:sz w:val="24"/>
          <w:szCs w:val="24"/>
        </w:rPr>
        <w:t>Görev ve sorumluluklarım açık bir şekilde tanımlanmıştır.</w:t>
      </w:r>
    </w:p>
    <w:p w14:paraId="0987820B" w14:textId="4E3CBA45" w:rsidR="00CF246F" w:rsidRPr="00D70AC8" w:rsidRDefault="009F4353">
      <w:pPr>
        <w:rPr>
          <w:rFonts w:ascii="Times New Roman" w:hAnsi="Times New Roman" w:cs="Times New Roman"/>
          <w:sz w:val="24"/>
          <w:szCs w:val="24"/>
        </w:rPr>
      </w:pPr>
      <w:proofErr w:type="spellStart"/>
      <w:r w:rsidRPr="00D70AC8">
        <w:rPr>
          <w:rFonts w:ascii="Times New Roman" w:hAnsi="Times New Roman" w:cs="Times New Roman"/>
          <w:sz w:val="24"/>
          <w:szCs w:val="24"/>
        </w:rPr>
        <w:t>Katılımcıların</w:t>
      </w:r>
      <w:proofErr w:type="spellEnd"/>
      <w:r w:rsidRPr="00D70AC8">
        <w:rPr>
          <w:rFonts w:ascii="Times New Roman" w:hAnsi="Times New Roman" w:cs="Times New Roman"/>
          <w:sz w:val="24"/>
          <w:szCs w:val="24"/>
        </w:rPr>
        <w:t xml:space="preserve"> </w:t>
      </w:r>
      <w:proofErr w:type="spellStart"/>
      <w:r w:rsidRPr="00D70AC8">
        <w:rPr>
          <w:rFonts w:ascii="Times New Roman" w:hAnsi="Times New Roman" w:cs="Times New Roman"/>
          <w:sz w:val="24"/>
          <w:szCs w:val="24"/>
        </w:rPr>
        <w:t>tamamına</w:t>
      </w:r>
      <w:proofErr w:type="spellEnd"/>
      <w:r w:rsidRPr="00D70AC8">
        <w:rPr>
          <w:rFonts w:ascii="Times New Roman" w:hAnsi="Times New Roman" w:cs="Times New Roman"/>
          <w:sz w:val="24"/>
          <w:szCs w:val="24"/>
        </w:rPr>
        <w:t xml:space="preserve"> </w:t>
      </w:r>
      <w:proofErr w:type="spellStart"/>
      <w:r w:rsidRPr="00D70AC8">
        <w:rPr>
          <w:rFonts w:ascii="Times New Roman" w:hAnsi="Times New Roman" w:cs="Times New Roman"/>
          <w:sz w:val="24"/>
          <w:szCs w:val="24"/>
        </w:rPr>
        <w:t>yakını</w:t>
      </w:r>
      <w:proofErr w:type="spellEnd"/>
      <w:r w:rsidRPr="00D70AC8">
        <w:rPr>
          <w:rFonts w:ascii="Times New Roman" w:hAnsi="Times New Roman" w:cs="Times New Roman"/>
          <w:sz w:val="24"/>
          <w:szCs w:val="24"/>
        </w:rPr>
        <w:t xml:space="preserve"> </w:t>
      </w:r>
      <w:proofErr w:type="spellStart"/>
      <w:r w:rsidRPr="00D70AC8">
        <w:rPr>
          <w:rFonts w:ascii="Times New Roman" w:hAnsi="Times New Roman" w:cs="Times New Roman"/>
          <w:sz w:val="24"/>
          <w:szCs w:val="24"/>
        </w:rPr>
        <w:t>görev</w:t>
      </w:r>
      <w:proofErr w:type="spellEnd"/>
      <w:r w:rsidRPr="00D70AC8">
        <w:rPr>
          <w:rFonts w:ascii="Times New Roman" w:hAnsi="Times New Roman" w:cs="Times New Roman"/>
          <w:sz w:val="24"/>
          <w:szCs w:val="24"/>
        </w:rPr>
        <w:t xml:space="preserve"> tanımlarının yeterli düzeyde netlik taşıdığını ifade etmiştir. Bu bulgu, iş süreçlerinde belirsizlik yaşanmadığını göstermektedir.</w:t>
      </w:r>
    </w:p>
    <w:p w14:paraId="2E948C0E" w14:textId="77777777" w:rsidR="00CF246F" w:rsidRPr="00D70AC8" w:rsidRDefault="009F4353">
      <w:pPr>
        <w:rPr>
          <w:rFonts w:ascii="Times New Roman" w:hAnsi="Times New Roman" w:cs="Times New Roman"/>
          <w:sz w:val="24"/>
          <w:szCs w:val="24"/>
        </w:rPr>
      </w:pPr>
      <w:r w:rsidRPr="00D70AC8">
        <w:rPr>
          <w:rFonts w:ascii="Times New Roman" w:hAnsi="Times New Roman" w:cs="Times New Roman"/>
          <w:noProof/>
          <w:sz w:val="24"/>
          <w:szCs w:val="24"/>
          <w:lang w:val="tr-TR" w:eastAsia="tr-TR"/>
        </w:rPr>
        <w:drawing>
          <wp:inline distT="0" distB="0" distL="0" distR="0" wp14:anchorId="00A7691D" wp14:editId="31783A01">
            <wp:extent cx="4114800" cy="411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_1.png"/>
                    <pic:cNvPicPr/>
                  </pic:nvPicPr>
                  <pic:blipFill>
                    <a:blip r:embed="rId7"/>
                    <a:stretch>
                      <a:fillRect/>
                    </a:stretch>
                  </pic:blipFill>
                  <pic:spPr>
                    <a:xfrm>
                      <a:off x="0" y="0"/>
                      <a:ext cx="4114800" cy="4114800"/>
                    </a:xfrm>
                    <a:prstGeom prst="rect">
                      <a:avLst/>
                    </a:prstGeom>
                  </pic:spPr>
                </pic:pic>
              </a:graphicData>
            </a:graphic>
          </wp:inline>
        </w:drawing>
      </w:r>
    </w:p>
    <w:p w14:paraId="526F2359" w14:textId="77777777" w:rsidR="00D70AC8" w:rsidRPr="00D70AC8" w:rsidRDefault="00D70AC8">
      <w:pPr>
        <w:pStyle w:val="Balk1"/>
        <w:rPr>
          <w:rFonts w:ascii="Times New Roman" w:hAnsi="Times New Roman" w:cs="Times New Roman"/>
          <w:color w:val="auto"/>
          <w:sz w:val="24"/>
          <w:szCs w:val="24"/>
        </w:rPr>
        <w:sectPr w:rsidR="00D70AC8" w:rsidRPr="00D70AC8" w:rsidSect="00034616">
          <w:pgSz w:w="12240" w:h="15840"/>
          <w:pgMar w:top="1440" w:right="1800" w:bottom="1440" w:left="1800" w:header="720" w:footer="720" w:gutter="0"/>
          <w:cols w:space="720"/>
          <w:docGrid w:linePitch="360"/>
        </w:sectPr>
      </w:pPr>
    </w:p>
    <w:p w14:paraId="13CDC76F" w14:textId="6FD82778" w:rsidR="00CF246F" w:rsidRPr="00D70AC8" w:rsidRDefault="009F4353">
      <w:pPr>
        <w:pStyle w:val="Balk1"/>
        <w:rPr>
          <w:rFonts w:ascii="Times New Roman" w:hAnsi="Times New Roman" w:cs="Times New Roman"/>
          <w:color w:val="auto"/>
          <w:sz w:val="24"/>
          <w:szCs w:val="24"/>
        </w:rPr>
      </w:pPr>
      <w:r w:rsidRPr="00D70AC8">
        <w:rPr>
          <w:rFonts w:ascii="Segoe UI Emoji" w:hAnsi="Segoe UI Emoji" w:cs="Segoe UI Emoji"/>
          <w:color w:val="auto"/>
          <w:sz w:val="24"/>
          <w:szCs w:val="24"/>
        </w:rPr>
        <w:lastRenderedPageBreak/>
        <w:t>🎯</w:t>
      </w:r>
      <w:r w:rsidRPr="00D70AC8">
        <w:rPr>
          <w:rFonts w:ascii="Times New Roman" w:hAnsi="Times New Roman" w:cs="Times New Roman"/>
          <w:color w:val="auto"/>
          <w:sz w:val="24"/>
          <w:szCs w:val="24"/>
        </w:rPr>
        <w:t xml:space="preserve"> </w:t>
      </w:r>
      <w:r w:rsidR="00D70AC8" w:rsidRPr="00D70AC8">
        <w:rPr>
          <w:rFonts w:ascii="Times New Roman" w:hAnsi="Times New Roman" w:cs="Times New Roman"/>
          <w:color w:val="auto"/>
          <w:sz w:val="24"/>
          <w:szCs w:val="24"/>
        </w:rPr>
        <w:t xml:space="preserve">2. </w:t>
      </w:r>
      <w:proofErr w:type="spellStart"/>
      <w:r w:rsidRPr="00D70AC8">
        <w:rPr>
          <w:rFonts w:ascii="Times New Roman" w:hAnsi="Times New Roman" w:cs="Times New Roman"/>
          <w:color w:val="auto"/>
          <w:sz w:val="24"/>
          <w:szCs w:val="24"/>
        </w:rPr>
        <w:t>Çalışma</w:t>
      </w:r>
      <w:proofErr w:type="spellEnd"/>
      <w:r w:rsidRPr="00D70AC8">
        <w:rPr>
          <w:rFonts w:ascii="Times New Roman" w:hAnsi="Times New Roman" w:cs="Times New Roman"/>
          <w:color w:val="auto"/>
          <w:sz w:val="24"/>
          <w:szCs w:val="24"/>
        </w:rPr>
        <w:t xml:space="preserve"> </w:t>
      </w:r>
      <w:proofErr w:type="spellStart"/>
      <w:r w:rsidRPr="00D70AC8">
        <w:rPr>
          <w:rFonts w:ascii="Times New Roman" w:hAnsi="Times New Roman" w:cs="Times New Roman"/>
          <w:color w:val="auto"/>
          <w:sz w:val="24"/>
          <w:szCs w:val="24"/>
        </w:rPr>
        <w:t>Ortamının</w:t>
      </w:r>
      <w:proofErr w:type="spellEnd"/>
      <w:r w:rsidRPr="00D70AC8">
        <w:rPr>
          <w:rFonts w:ascii="Times New Roman" w:hAnsi="Times New Roman" w:cs="Times New Roman"/>
          <w:color w:val="auto"/>
          <w:sz w:val="24"/>
          <w:szCs w:val="24"/>
        </w:rPr>
        <w:t xml:space="preserve"> </w:t>
      </w:r>
      <w:proofErr w:type="spellStart"/>
      <w:r w:rsidRPr="00D70AC8">
        <w:rPr>
          <w:rFonts w:ascii="Times New Roman" w:hAnsi="Times New Roman" w:cs="Times New Roman"/>
          <w:color w:val="auto"/>
          <w:sz w:val="24"/>
          <w:szCs w:val="24"/>
        </w:rPr>
        <w:t>Güvenliği</w:t>
      </w:r>
      <w:proofErr w:type="spellEnd"/>
    </w:p>
    <w:p w14:paraId="73D247EF" w14:textId="77777777" w:rsidR="00750DDC" w:rsidRDefault="009F4353">
      <w:pPr>
        <w:rPr>
          <w:rFonts w:ascii="Times New Roman" w:hAnsi="Times New Roman" w:cs="Times New Roman"/>
          <w:sz w:val="24"/>
          <w:szCs w:val="24"/>
        </w:rPr>
      </w:pPr>
      <w:proofErr w:type="spellStart"/>
      <w:r w:rsidRPr="00D70AC8">
        <w:rPr>
          <w:rFonts w:ascii="Times New Roman" w:hAnsi="Times New Roman" w:cs="Times New Roman"/>
          <w:b/>
          <w:bCs/>
          <w:sz w:val="24"/>
          <w:szCs w:val="24"/>
        </w:rPr>
        <w:t>Soru</w:t>
      </w:r>
      <w:proofErr w:type="spellEnd"/>
      <w:r w:rsidRPr="00D70AC8">
        <w:rPr>
          <w:rFonts w:ascii="Times New Roman" w:hAnsi="Times New Roman" w:cs="Times New Roman"/>
          <w:b/>
          <w:bCs/>
          <w:sz w:val="24"/>
          <w:szCs w:val="24"/>
        </w:rPr>
        <w:t>:</w:t>
      </w:r>
      <w:r w:rsidRPr="00D70AC8">
        <w:rPr>
          <w:rFonts w:ascii="Times New Roman" w:hAnsi="Times New Roman" w:cs="Times New Roman"/>
          <w:sz w:val="24"/>
          <w:szCs w:val="24"/>
        </w:rPr>
        <w:br/>
      </w:r>
      <w:proofErr w:type="spellStart"/>
      <w:r w:rsidRPr="00D70AC8">
        <w:rPr>
          <w:rFonts w:ascii="Times New Roman" w:hAnsi="Times New Roman" w:cs="Times New Roman"/>
          <w:sz w:val="24"/>
          <w:szCs w:val="24"/>
        </w:rPr>
        <w:t>Çalışma</w:t>
      </w:r>
      <w:proofErr w:type="spellEnd"/>
      <w:r w:rsidRPr="00D70AC8">
        <w:rPr>
          <w:rFonts w:ascii="Times New Roman" w:hAnsi="Times New Roman" w:cs="Times New Roman"/>
          <w:sz w:val="24"/>
          <w:szCs w:val="24"/>
        </w:rPr>
        <w:t xml:space="preserve"> </w:t>
      </w:r>
      <w:proofErr w:type="spellStart"/>
      <w:r w:rsidRPr="00D70AC8">
        <w:rPr>
          <w:rFonts w:ascii="Times New Roman" w:hAnsi="Times New Roman" w:cs="Times New Roman"/>
          <w:sz w:val="24"/>
          <w:szCs w:val="24"/>
        </w:rPr>
        <w:t>ortamım</w:t>
      </w:r>
      <w:proofErr w:type="spellEnd"/>
      <w:r w:rsidRPr="00D70AC8">
        <w:rPr>
          <w:rFonts w:ascii="Times New Roman" w:hAnsi="Times New Roman" w:cs="Times New Roman"/>
          <w:sz w:val="24"/>
          <w:szCs w:val="24"/>
        </w:rPr>
        <w:t xml:space="preserve"> </w:t>
      </w:r>
      <w:proofErr w:type="spellStart"/>
      <w:r w:rsidRPr="00D70AC8">
        <w:rPr>
          <w:rFonts w:ascii="Times New Roman" w:hAnsi="Times New Roman" w:cs="Times New Roman"/>
          <w:sz w:val="24"/>
          <w:szCs w:val="24"/>
        </w:rPr>
        <w:t>güvenli</w:t>
      </w:r>
      <w:proofErr w:type="spellEnd"/>
      <w:r w:rsidRPr="00D70AC8">
        <w:rPr>
          <w:rFonts w:ascii="Times New Roman" w:hAnsi="Times New Roman" w:cs="Times New Roman"/>
          <w:sz w:val="24"/>
          <w:szCs w:val="24"/>
        </w:rPr>
        <w:t xml:space="preserve"> </w:t>
      </w:r>
      <w:proofErr w:type="spellStart"/>
      <w:r w:rsidRPr="00D70AC8">
        <w:rPr>
          <w:rFonts w:ascii="Times New Roman" w:hAnsi="Times New Roman" w:cs="Times New Roman"/>
          <w:sz w:val="24"/>
          <w:szCs w:val="24"/>
        </w:rPr>
        <w:t>ve</w:t>
      </w:r>
      <w:proofErr w:type="spellEnd"/>
      <w:r w:rsidRPr="00D70AC8">
        <w:rPr>
          <w:rFonts w:ascii="Times New Roman" w:hAnsi="Times New Roman" w:cs="Times New Roman"/>
          <w:sz w:val="24"/>
          <w:szCs w:val="24"/>
        </w:rPr>
        <w:t xml:space="preserve"> </w:t>
      </w:r>
      <w:proofErr w:type="spellStart"/>
      <w:r w:rsidRPr="00D70AC8">
        <w:rPr>
          <w:rFonts w:ascii="Times New Roman" w:hAnsi="Times New Roman" w:cs="Times New Roman"/>
          <w:sz w:val="24"/>
          <w:szCs w:val="24"/>
        </w:rPr>
        <w:t>sağlıklıdır</w:t>
      </w:r>
      <w:proofErr w:type="spellEnd"/>
      <w:r w:rsidRPr="00D70AC8">
        <w:rPr>
          <w:rFonts w:ascii="Times New Roman" w:hAnsi="Times New Roman" w:cs="Times New Roman"/>
          <w:sz w:val="24"/>
          <w:szCs w:val="24"/>
        </w:rPr>
        <w:t>.</w:t>
      </w:r>
    </w:p>
    <w:p w14:paraId="4482A0E4" w14:textId="729C5E15" w:rsidR="00CF246F" w:rsidRPr="00D70AC8" w:rsidRDefault="009F4353">
      <w:pPr>
        <w:rPr>
          <w:rFonts w:ascii="Times New Roman" w:hAnsi="Times New Roman" w:cs="Times New Roman"/>
          <w:sz w:val="24"/>
          <w:szCs w:val="24"/>
        </w:rPr>
      </w:pPr>
      <w:r w:rsidRPr="00D70AC8">
        <w:rPr>
          <w:rFonts w:ascii="Times New Roman" w:hAnsi="Times New Roman" w:cs="Times New Roman"/>
          <w:sz w:val="24"/>
          <w:szCs w:val="24"/>
        </w:rPr>
        <w:br/>
        <w:t>Yanıtlar genel olarak yüksek memnuniyet düzeyi ortaya koymuştur. Çalışma alanlarının fiziksel koşullarının güvenli olduğu anlaşılmaktadır.</w:t>
      </w:r>
    </w:p>
    <w:p w14:paraId="626319F3" w14:textId="77777777" w:rsidR="00CF246F" w:rsidRPr="00D70AC8" w:rsidRDefault="009F4353">
      <w:pPr>
        <w:rPr>
          <w:rFonts w:ascii="Times New Roman" w:hAnsi="Times New Roman" w:cs="Times New Roman"/>
          <w:sz w:val="24"/>
          <w:szCs w:val="24"/>
        </w:rPr>
      </w:pPr>
      <w:r w:rsidRPr="00D70AC8">
        <w:rPr>
          <w:rFonts w:ascii="Times New Roman" w:hAnsi="Times New Roman" w:cs="Times New Roman"/>
          <w:noProof/>
          <w:sz w:val="24"/>
          <w:szCs w:val="24"/>
          <w:lang w:val="tr-TR" w:eastAsia="tr-TR"/>
        </w:rPr>
        <w:drawing>
          <wp:inline distT="0" distB="0" distL="0" distR="0" wp14:anchorId="6C56023E" wp14:editId="3AA0ED9C">
            <wp:extent cx="4114800" cy="4114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_2.png"/>
                    <pic:cNvPicPr/>
                  </pic:nvPicPr>
                  <pic:blipFill>
                    <a:blip r:embed="rId8"/>
                    <a:stretch>
                      <a:fillRect/>
                    </a:stretch>
                  </pic:blipFill>
                  <pic:spPr>
                    <a:xfrm>
                      <a:off x="0" y="0"/>
                      <a:ext cx="4114800" cy="4114800"/>
                    </a:xfrm>
                    <a:prstGeom prst="rect">
                      <a:avLst/>
                    </a:prstGeom>
                  </pic:spPr>
                </pic:pic>
              </a:graphicData>
            </a:graphic>
          </wp:inline>
        </w:drawing>
      </w:r>
    </w:p>
    <w:p w14:paraId="0CABF7CF" w14:textId="77777777" w:rsidR="00D70AC8" w:rsidRPr="00D70AC8" w:rsidRDefault="00D70AC8">
      <w:pPr>
        <w:pStyle w:val="Balk1"/>
        <w:rPr>
          <w:rFonts w:ascii="Times New Roman" w:hAnsi="Times New Roman" w:cs="Times New Roman"/>
          <w:sz w:val="24"/>
          <w:szCs w:val="24"/>
        </w:rPr>
        <w:sectPr w:rsidR="00D70AC8" w:rsidRPr="00D70AC8" w:rsidSect="00034616">
          <w:pgSz w:w="12240" w:h="15840"/>
          <w:pgMar w:top="1440" w:right="1800" w:bottom="1440" w:left="1800" w:header="720" w:footer="720" w:gutter="0"/>
          <w:cols w:space="720"/>
          <w:docGrid w:linePitch="360"/>
        </w:sectPr>
      </w:pPr>
    </w:p>
    <w:p w14:paraId="0EE7784A" w14:textId="7C9D4CB3" w:rsidR="00CF246F" w:rsidRPr="00D70AC8" w:rsidRDefault="009F4353">
      <w:pPr>
        <w:pStyle w:val="Balk1"/>
        <w:rPr>
          <w:rFonts w:ascii="Times New Roman" w:hAnsi="Times New Roman" w:cs="Times New Roman"/>
          <w:color w:val="auto"/>
          <w:sz w:val="24"/>
          <w:szCs w:val="24"/>
        </w:rPr>
      </w:pPr>
      <w:r w:rsidRPr="00D70AC8">
        <w:rPr>
          <w:rFonts w:ascii="Segoe UI Emoji" w:hAnsi="Segoe UI Emoji" w:cs="Segoe UI Emoji"/>
          <w:color w:val="auto"/>
          <w:sz w:val="24"/>
          <w:szCs w:val="24"/>
        </w:rPr>
        <w:lastRenderedPageBreak/>
        <w:t>🎯</w:t>
      </w:r>
      <w:r w:rsidR="00D70AC8" w:rsidRPr="00D70AC8">
        <w:rPr>
          <w:rFonts w:ascii="Times New Roman" w:hAnsi="Times New Roman" w:cs="Times New Roman"/>
          <w:color w:val="auto"/>
          <w:sz w:val="24"/>
          <w:szCs w:val="24"/>
        </w:rPr>
        <w:t xml:space="preserve">3. </w:t>
      </w:r>
      <w:r w:rsidRPr="00D70AC8">
        <w:rPr>
          <w:rFonts w:ascii="Times New Roman" w:hAnsi="Times New Roman" w:cs="Times New Roman"/>
          <w:color w:val="auto"/>
          <w:sz w:val="24"/>
          <w:szCs w:val="24"/>
        </w:rPr>
        <w:t xml:space="preserve"> </w:t>
      </w:r>
      <w:proofErr w:type="spellStart"/>
      <w:r w:rsidRPr="00D70AC8">
        <w:rPr>
          <w:rFonts w:ascii="Times New Roman" w:hAnsi="Times New Roman" w:cs="Times New Roman"/>
          <w:color w:val="auto"/>
          <w:sz w:val="24"/>
          <w:szCs w:val="24"/>
        </w:rPr>
        <w:t>İş</w:t>
      </w:r>
      <w:proofErr w:type="spellEnd"/>
      <w:r w:rsidRPr="00D70AC8">
        <w:rPr>
          <w:rFonts w:ascii="Times New Roman" w:hAnsi="Times New Roman" w:cs="Times New Roman"/>
          <w:color w:val="auto"/>
          <w:sz w:val="24"/>
          <w:szCs w:val="24"/>
        </w:rPr>
        <w:t xml:space="preserve"> </w:t>
      </w:r>
      <w:proofErr w:type="spellStart"/>
      <w:r w:rsidRPr="00D70AC8">
        <w:rPr>
          <w:rFonts w:ascii="Times New Roman" w:hAnsi="Times New Roman" w:cs="Times New Roman"/>
          <w:color w:val="auto"/>
          <w:sz w:val="24"/>
          <w:szCs w:val="24"/>
        </w:rPr>
        <w:t>Yükü</w:t>
      </w:r>
      <w:proofErr w:type="spellEnd"/>
      <w:r w:rsidRPr="00D70AC8">
        <w:rPr>
          <w:rFonts w:ascii="Times New Roman" w:hAnsi="Times New Roman" w:cs="Times New Roman"/>
          <w:color w:val="auto"/>
          <w:sz w:val="24"/>
          <w:szCs w:val="24"/>
        </w:rPr>
        <w:t xml:space="preserve"> </w:t>
      </w:r>
      <w:proofErr w:type="spellStart"/>
      <w:r w:rsidRPr="00D70AC8">
        <w:rPr>
          <w:rFonts w:ascii="Times New Roman" w:hAnsi="Times New Roman" w:cs="Times New Roman"/>
          <w:color w:val="auto"/>
          <w:sz w:val="24"/>
          <w:szCs w:val="24"/>
        </w:rPr>
        <w:t>Dağılımı</w:t>
      </w:r>
      <w:proofErr w:type="spellEnd"/>
    </w:p>
    <w:p w14:paraId="60FE6FC5" w14:textId="77777777" w:rsidR="00CF246F" w:rsidRPr="00D70AC8" w:rsidRDefault="009F4353">
      <w:pPr>
        <w:rPr>
          <w:rFonts w:ascii="Times New Roman" w:hAnsi="Times New Roman" w:cs="Times New Roman"/>
          <w:sz w:val="24"/>
          <w:szCs w:val="24"/>
        </w:rPr>
      </w:pPr>
      <w:r w:rsidRPr="00D70AC8">
        <w:rPr>
          <w:rFonts w:ascii="Times New Roman" w:hAnsi="Times New Roman" w:cs="Times New Roman"/>
          <w:b/>
          <w:bCs/>
          <w:sz w:val="24"/>
          <w:szCs w:val="24"/>
        </w:rPr>
        <w:t>Soru:</w:t>
      </w:r>
      <w:r w:rsidRPr="00D70AC8">
        <w:rPr>
          <w:rFonts w:ascii="Times New Roman" w:hAnsi="Times New Roman" w:cs="Times New Roman"/>
          <w:b/>
          <w:bCs/>
          <w:sz w:val="24"/>
          <w:szCs w:val="24"/>
        </w:rPr>
        <w:br/>
      </w:r>
      <w:r w:rsidRPr="00D70AC8">
        <w:rPr>
          <w:rFonts w:ascii="Times New Roman" w:hAnsi="Times New Roman" w:cs="Times New Roman"/>
          <w:sz w:val="24"/>
          <w:szCs w:val="24"/>
        </w:rPr>
        <w:t>İş yüküm adil bir şekilde dağıtılmıştır.</w:t>
      </w:r>
    </w:p>
    <w:p w14:paraId="1C12BDF2" w14:textId="64321413" w:rsidR="00CF246F" w:rsidRPr="00D70AC8" w:rsidRDefault="009F4353">
      <w:pPr>
        <w:rPr>
          <w:rFonts w:ascii="Times New Roman" w:hAnsi="Times New Roman" w:cs="Times New Roman"/>
          <w:sz w:val="24"/>
          <w:szCs w:val="24"/>
        </w:rPr>
      </w:pPr>
      <w:r w:rsidRPr="00D70AC8">
        <w:rPr>
          <w:rFonts w:ascii="Times New Roman" w:hAnsi="Times New Roman" w:cs="Times New Roman"/>
          <w:sz w:val="24"/>
          <w:szCs w:val="24"/>
        </w:rPr>
        <w:br/>
        <w:t>Katılımcılar iş yükü d</w:t>
      </w:r>
      <w:r w:rsidRPr="00D70AC8">
        <w:rPr>
          <w:rFonts w:ascii="Times New Roman" w:hAnsi="Times New Roman" w:cs="Times New Roman"/>
          <w:sz w:val="24"/>
          <w:szCs w:val="24"/>
        </w:rPr>
        <w:t>ağılımını olumlu değerlendirmiştir. İş paylaşımının dengeli yürütüldüğü görülmektedir.</w:t>
      </w:r>
    </w:p>
    <w:p w14:paraId="160DBD8A" w14:textId="77777777" w:rsidR="00CF246F" w:rsidRPr="00D70AC8" w:rsidRDefault="009F4353">
      <w:pPr>
        <w:rPr>
          <w:rFonts w:ascii="Times New Roman" w:hAnsi="Times New Roman" w:cs="Times New Roman"/>
          <w:sz w:val="24"/>
          <w:szCs w:val="24"/>
        </w:rPr>
      </w:pPr>
      <w:r w:rsidRPr="00D70AC8">
        <w:rPr>
          <w:rFonts w:ascii="Times New Roman" w:hAnsi="Times New Roman" w:cs="Times New Roman"/>
          <w:noProof/>
          <w:sz w:val="24"/>
          <w:szCs w:val="24"/>
          <w:lang w:val="tr-TR" w:eastAsia="tr-TR"/>
        </w:rPr>
        <w:drawing>
          <wp:inline distT="0" distB="0" distL="0" distR="0" wp14:anchorId="4AC85D40" wp14:editId="03AE4974">
            <wp:extent cx="4114800" cy="4114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_3.png"/>
                    <pic:cNvPicPr/>
                  </pic:nvPicPr>
                  <pic:blipFill>
                    <a:blip r:embed="rId9"/>
                    <a:stretch>
                      <a:fillRect/>
                    </a:stretch>
                  </pic:blipFill>
                  <pic:spPr>
                    <a:xfrm>
                      <a:off x="0" y="0"/>
                      <a:ext cx="4114800" cy="4114800"/>
                    </a:xfrm>
                    <a:prstGeom prst="rect">
                      <a:avLst/>
                    </a:prstGeom>
                  </pic:spPr>
                </pic:pic>
              </a:graphicData>
            </a:graphic>
          </wp:inline>
        </w:drawing>
      </w:r>
    </w:p>
    <w:p w14:paraId="3C4E77F2" w14:textId="77777777" w:rsidR="00D70AC8" w:rsidRPr="00D70AC8" w:rsidRDefault="00D70AC8">
      <w:pPr>
        <w:pStyle w:val="Balk1"/>
        <w:rPr>
          <w:rFonts w:ascii="Times New Roman" w:hAnsi="Times New Roman" w:cs="Times New Roman"/>
          <w:sz w:val="24"/>
          <w:szCs w:val="24"/>
        </w:rPr>
        <w:sectPr w:rsidR="00D70AC8" w:rsidRPr="00D70AC8" w:rsidSect="00034616">
          <w:pgSz w:w="12240" w:h="15840"/>
          <w:pgMar w:top="1440" w:right="1800" w:bottom="1440" w:left="1800" w:header="720" w:footer="720" w:gutter="0"/>
          <w:cols w:space="720"/>
          <w:docGrid w:linePitch="360"/>
        </w:sectPr>
      </w:pPr>
    </w:p>
    <w:p w14:paraId="282D1BB2" w14:textId="5F83F767" w:rsidR="00CF246F" w:rsidRPr="00D70AC8" w:rsidRDefault="009F4353">
      <w:pPr>
        <w:pStyle w:val="Balk1"/>
        <w:rPr>
          <w:rFonts w:ascii="Times New Roman" w:hAnsi="Times New Roman" w:cs="Times New Roman"/>
          <w:color w:val="auto"/>
          <w:sz w:val="24"/>
          <w:szCs w:val="24"/>
        </w:rPr>
      </w:pPr>
      <w:r w:rsidRPr="00D70AC8">
        <w:rPr>
          <w:rFonts w:ascii="Segoe UI Emoji" w:hAnsi="Segoe UI Emoji" w:cs="Segoe UI Emoji"/>
          <w:color w:val="auto"/>
          <w:sz w:val="24"/>
          <w:szCs w:val="24"/>
        </w:rPr>
        <w:lastRenderedPageBreak/>
        <w:t>🎯</w:t>
      </w:r>
      <w:r w:rsidR="00D70AC8" w:rsidRPr="00D70AC8">
        <w:rPr>
          <w:rFonts w:ascii="Times New Roman" w:hAnsi="Times New Roman" w:cs="Times New Roman"/>
          <w:color w:val="auto"/>
          <w:sz w:val="24"/>
          <w:szCs w:val="24"/>
        </w:rPr>
        <w:t xml:space="preserve">4. </w:t>
      </w:r>
      <w:proofErr w:type="spellStart"/>
      <w:r w:rsidRPr="00D70AC8">
        <w:rPr>
          <w:rFonts w:ascii="Times New Roman" w:hAnsi="Times New Roman" w:cs="Times New Roman"/>
          <w:color w:val="auto"/>
          <w:sz w:val="24"/>
          <w:szCs w:val="24"/>
        </w:rPr>
        <w:t>Donanım</w:t>
      </w:r>
      <w:proofErr w:type="spellEnd"/>
      <w:r w:rsidRPr="00D70AC8">
        <w:rPr>
          <w:rFonts w:ascii="Times New Roman" w:hAnsi="Times New Roman" w:cs="Times New Roman"/>
          <w:color w:val="auto"/>
          <w:sz w:val="24"/>
          <w:szCs w:val="24"/>
        </w:rPr>
        <w:t xml:space="preserve"> </w:t>
      </w:r>
      <w:proofErr w:type="spellStart"/>
      <w:r w:rsidRPr="00D70AC8">
        <w:rPr>
          <w:rFonts w:ascii="Times New Roman" w:hAnsi="Times New Roman" w:cs="Times New Roman"/>
          <w:color w:val="auto"/>
          <w:sz w:val="24"/>
          <w:szCs w:val="24"/>
        </w:rPr>
        <w:t>ve</w:t>
      </w:r>
      <w:proofErr w:type="spellEnd"/>
      <w:r w:rsidRPr="00D70AC8">
        <w:rPr>
          <w:rFonts w:ascii="Times New Roman" w:hAnsi="Times New Roman" w:cs="Times New Roman"/>
          <w:color w:val="auto"/>
          <w:sz w:val="24"/>
          <w:szCs w:val="24"/>
        </w:rPr>
        <w:t xml:space="preserve"> </w:t>
      </w:r>
      <w:proofErr w:type="spellStart"/>
      <w:r w:rsidRPr="00D70AC8">
        <w:rPr>
          <w:rFonts w:ascii="Times New Roman" w:hAnsi="Times New Roman" w:cs="Times New Roman"/>
          <w:color w:val="auto"/>
          <w:sz w:val="24"/>
          <w:szCs w:val="24"/>
        </w:rPr>
        <w:t>Araç-Gereç</w:t>
      </w:r>
      <w:proofErr w:type="spellEnd"/>
      <w:r w:rsidRPr="00D70AC8">
        <w:rPr>
          <w:rFonts w:ascii="Times New Roman" w:hAnsi="Times New Roman" w:cs="Times New Roman"/>
          <w:color w:val="auto"/>
          <w:sz w:val="24"/>
          <w:szCs w:val="24"/>
        </w:rPr>
        <w:t xml:space="preserve"> </w:t>
      </w:r>
      <w:proofErr w:type="spellStart"/>
      <w:r w:rsidRPr="00D70AC8">
        <w:rPr>
          <w:rFonts w:ascii="Times New Roman" w:hAnsi="Times New Roman" w:cs="Times New Roman"/>
          <w:color w:val="auto"/>
          <w:sz w:val="24"/>
          <w:szCs w:val="24"/>
        </w:rPr>
        <w:t>Erişimi</w:t>
      </w:r>
      <w:proofErr w:type="spellEnd"/>
    </w:p>
    <w:p w14:paraId="658C36DB" w14:textId="77777777" w:rsidR="00CF246F" w:rsidRPr="00D70AC8" w:rsidRDefault="009F4353">
      <w:pPr>
        <w:rPr>
          <w:rFonts w:ascii="Times New Roman" w:hAnsi="Times New Roman" w:cs="Times New Roman"/>
          <w:sz w:val="24"/>
          <w:szCs w:val="24"/>
        </w:rPr>
      </w:pPr>
      <w:r w:rsidRPr="00D70AC8">
        <w:rPr>
          <w:rFonts w:ascii="Times New Roman" w:hAnsi="Times New Roman" w:cs="Times New Roman"/>
          <w:b/>
          <w:bCs/>
          <w:sz w:val="24"/>
          <w:szCs w:val="24"/>
        </w:rPr>
        <w:t>Soru:</w:t>
      </w:r>
      <w:r w:rsidRPr="00D70AC8">
        <w:rPr>
          <w:rFonts w:ascii="Times New Roman" w:hAnsi="Times New Roman" w:cs="Times New Roman"/>
          <w:sz w:val="24"/>
          <w:szCs w:val="24"/>
        </w:rPr>
        <w:br/>
        <w:t>İşimi yaparken gerekli araç, gereç ve donanımlara erişimim vardır.</w:t>
      </w:r>
    </w:p>
    <w:p w14:paraId="4F215C6E" w14:textId="703914A3" w:rsidR="00CF246F" w:rsidRPr="00D70AC8" w:rsidRDefault="009F4353">
      <w:pPr>
        <w:rPr>
          <w:rFonts w:ascii="Times New Roman" w:hAnsi="Times New Roman" w:cs="Times New Roman"/>
          <w:sz w:val="24"/>
          <w:szCs w:val="24"/>
        </w:rPr>
      </w:pPr>
      <w:r w:rsidRPr="00D70AC8">
        <w:rPr>
          <w:rFonts w:ascii="Times New Roman" w:hAnsi="Times New Roman" w:cs="Times New Roman"/>
          <w:sz w:val="24"/>
          <w:szCs w:val="24"/>
        </w:rPr>
        <w:br/>
        <w:t xml:space="preserve">Yanıtlar, kaynak erişimi konusunda </w:t>
      </w:r>
      <w:r w:rsidRPr="00D70AC8">
        <w:rPr>
          <w:rFonts w:ascii="Times New Roman" w:hAnsi="Times New Roman" w:cs="Times New Roman"/>
          <w:sz w:val="24"/>
          <w:szCs w:val="24"/>
        </w:rPr>
        <w:t>çoğunlukla yeterli düzeyde memnuniyet ifade etmektedir.</w:t>
      </w:r>
    </w:p>
    <w:p w14:paraId="4DE3BEE1" w14:textId="77777777" w:rsidR="00CF246F" w:rsidRPr="00D70AC8" w:rsidRDefault="009F4353">
      <w:pPr>
        <w:rPr>
          <w:rFonts w:ascii="Times New Roman" w:hAnsi="Times New Roman" w:cs="Times New Roman"/>
          <w:sz w:val="24"/>
          <w:szCs w:val="24"/>
        </w:rPr>
      </w:pPr>
      <w:r w:rsidRPr="00D70AC8">
        <w:rPr>
          <w:rFonts w:ascii="Times New Roman" w:hAnsi="Times New Roman" w:cs="Times New Roman"/>
          <w:noProof/>
          <w:sz w:val="24"/>
          <w:szCs w:val="24"/>
          <w:lang w:val="tr-TR" w:eastAsia="tr-TR"/>
        </w:rPr>
        <w:drawing>
          <wp:inline distT="0" distB="0" distL="0" distR="0" wp14:anchorId="50449B84" wp14:editId="730EEF84">
            <wp:extent cx="4114800" cy="4114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_4.png"/>
                    <pic:cNvPicPr/>
                  </pic:nvPicPr>
                  <pic:blipFill>
                    <a:blip r:embed="rId10"/>
                    <a:stretch>
                      <a:fillRect/>
                    </a:stretch>
                  </pic:blipFill>
                  <pic:spPr>
                    <a:xfrm>
                      <a:off x="0" y="0"/>
                      <a:ext cx="4114800" cy="4114800"/>
                    </a:xfrm>
                    <a:prstGeom prst="rect">
                      <a:avLst/>
                    </a:prstGeom>
                  </pic:spPr>
                </pic:pic>
              </a:graphicData>
            </a:graphic>
          </wp:inline>
        </w:drawing>
      </w:r>
    </w:p>
    <w:p w14:paraId="295C5E26" w14:textId="77777777" w:rsidR="00D70AC8" w:rsidRPr="00D70AC8" w:rsidRDefault="00D70AC8">
      <w:pPr>
        <w:pStyle w:val="Balk1"/>
        <w:rPr>
          <w:rFonts w:ascii="Times New Roman" w:hAnsi="Times New Roman" w:cs="Times New Roman"/>
          <w:sz w:val="24"/>
          <w:szCs w:val="24"/>
        </w:rPr>
        <w:sectPr w:rsidR="00D70AC8" w:rsidRPr="00D70AC8" w:rsidSect="00034616">
          <w:pgSz w:w="12240" w:h="15840"/>
          <w:pgMar w:top="1440" w:right="1800" w:bottom="1440" w:left="1800" w:header="720" w:footer="720" w:gutter="0"/>
          <w:cols w:space="720"/>
          <w:docGrid w:linePitch="360"/>
        </w:sectPr>
      </w:pPr>
    </w:p>
    <w:p w14:paraId="351E8C30" w14:textId="5C61C731" w:rsidR="00CF246F" w:rsidRPr="00D70AC8" w:rsidRDefault="009F4353">
      <w:pPr>
        <w:pStyle w:val="Balk1"/>
        <w:rPr>
          <w:rFonts w:ascii="Times New Roman" w:hAnsi="Times New Roman" w:cs="Times New Roman"/>
          <w:color w:val="auto"/>
          <w:sz w:val="24"/>
          <w:szCs w:val="24"/>
        </w:rPr>
      </w:pPr>
      <w:r w:rsidRPr="00D70AC8">
        <w:rPr>
          <w:rFonts w:ascii="Segoe UI Emoji" w:hAnsi="Segoe UI Emoji" w:cs="Segoe UI Emoji"/>
          <w:color w:val="auto"/>
          <w:sz w:val="24"/>
          <w:szCs w:val="24"/>
        </w:rPr>
        <w:lastRenderedPageBreak/>
        <w:t>🎯</w:t>
      </w:r>
      <w:r w:rsidR="00D70AC8" w:rsidRPr="00D70AC8">
        <w:rPr>
          <w:rFonts w:ascii="Times New Roman" w:hAnsi="Times New Roman" w:cs="Times New Roman"/>
          <w:color w:val="auto"/>
          <w:sz w:val="24"/>
          <w:szCs w:val="24"/>
        </w:rPr>
        <w:t>5.</w:t>
      </w:r>
      <w:r w:rsidRPr="00D70AC8">
        <w:rPr>
          <w:rFonts w:ascii="Times New Roman" w:hAnsi="Times New Roman" w:cs="Times New Roman"/>
          <w:color w:val="auto"/>
          <w:sz w:val="24"/>
          <w:szCs w:val="24"/>
        </w:rPr>
        <w:t xml:space="preserve"> </w:t>
      </w:r>
      <w:proofErr w:type="spellStart"/>
      <w:r w:rsidRPr="00D70AC8">
        <w:rPr>
          <w:rFonts w:ascii="Times New Roman" w:hAnsi="Times New Roman" w:cs="Times New Roman"/>
          <w:color w:val="auto"/>
          <w:sz w:val="24"/>
          <w:szCs w:val="24"/>
        </w:rPr>
        <w:t>İş</w:t>
      </w:r>
      <w:proofErr w:type="spellEnd"/>
      <w:r w:rsidRPr="00D70AC8">
        <w:rPr>
          <w:rFonts w:ascii="Times New Roman" w:hAnsi="Times New Roman" w:cs="Times New Roman"/>
          <w:color w:val="auto"/>
          <w:sz w:val="24"/>
          <w:szCs w:val="24"/>
        </w:rPr>
        <w:t xml:space="preserve"> </w:t>
      </w:r>
      <w:proofErr w:type="spellStart"/>
      <w:r w:rsidRPr="00D70AC8">
        <w:rPr>
          <w:rFonts w:ascii="Times New Roman" w:hAnsi="Times New Roman" w:cs="Times New Roman"/>
          <w:color w:val="auto"/>
          <w:sz w:val="24"/>
          <w:szCs w:val="24"/>
        </w:rPr>
        <w:t>Arkadaşlarıyla</w:t>
      </w:r>
      <w:proofErr w:type="spellEnd"/>
      <w:r w:rsidRPr="00D70AC8">
        <w:rPr>
          <w:rFonts w:ascii="Times New Roman" w:hAnsi="Times New Roman" w:cs="Times New Roman"/>
          <w:color w:val="auto"/>
          <w:sz w:val="24"/>
          <w:szCs w:val="24"/>
        </w:rPr>
        <w:t xml:space="preserve"> </w:t>
      </w:r>
      <w:proofErr w:type="spellStart"/>
      <w:r w:rsidRPr="00D70AC8">
        <w:rPr>
          <w:rFonts w:ascii="Times New Roman" w:hAnsi="Times New Roman" w:cs="Times New Roman"/>
          <w:color w:val="auto"/>
          <w:sz w:val="24"/>
          <w:szCs w:val="24"/>
        </w:rPr>
        <w:t>İş</w:t>
      </w:r>
      <w:proofErr w:type="spellEnd"/>
      <w:r w:rsidRPr="00D70AC8">
        <w:rPr>
          <w:rFonts w:ascii="Times New Roman" w:hAnsi="Times New Roman" w:cs="Times New Roman"/>
          <w:color w:val="auto"/>
          <w:sz w:val="24"/>
          <w:szCs w:val="24"/>
        </w:rPr>
        <w:t xml:space="preserve"> </w:t>
      </w:r>
      <w:proofErr w:type="spellStart"/>
      <w:r w:rsidRPr="00D70AC8">
        <w:rPr>
          <w:rFonts w:ascii="Times New Roman" w:hAnsi="Times New Roman" w:cs="Times New Roman"/>
          <w:color w:val="auto"/>
          <w:sz w:val="24"/>
          <w:szCs w:val="24"/>
        </w:rPr>
        <w:t>Birliği</w:t>
      </w:r>
      <w:proofErr w:type="spellEnd"/>
    </w:p>
    <w:p w14:paraId="52615B39" w14:textId="77777777" w:rsidR="00D70AC8" w:rsidRDefault="009F4353" w:rsidP="00D70AC8">
      <w:pPr>
        <w:spacing w:before="240"/>
        <w:rPr>
          <w:rFonts w:ascii="Times New Roman" w:hAnsi="Times New Roman" w:cs="Times New Roman"/>
          <w:sz w:val="24"/>
          <w:szCs w:val="24"/>
        </w:rPr>
      </w:pPr>
      <w:r w:rsidRPr="00D70AC8">
        <w:rPr>
          <w:rFonts w:ascii="Times New Roman" w:hAnsi="Times New Roman" w:cs="Times New Roman"/>
          <w:b/>
          <w:bCs/>
          <w:sz w:val="24"/>
          <w:szCs w:val="24"/>
        </w:rPr>
        <w:t>Soru:</w:t>
      </w:r>
      <w:r w:rsidRPr="00D70AC8">
        <w:rPr>
          <w:rFonts w:ascii="Times New Roman" w:hAnsi="Times New Roman" w:cs="Times New Roman"/>
          <w:b/>
          <w:bCs/>
          <w:sz w:val="24"/>
          <w:szCs w:val="24"/>
        </w:rPr>
        <w:br/>
      </w:r>
      <w:proofErr w:type="spellStart"/>
      <w:r w:rsidRPr="00D70AC8">
        <w:rPr>
          <w:rFonts w:ascii="Times New Roman" w:hAnsi="Times New Roman" w:cs="Times New Roman"/>
          <w:sz w:val="24"/>
          <w:szCs w:val="24"/>
        </w:rPr>
        <w:t>İş</w:t>
      </w:r>
      <w:proofErr w:type="spellEnd"/>
      <w:r w:rsidRPr="00D70AC8">
        <w:rPr>
          <w:rFonts w:ascii="Times New Roman" w:hAnsi="Times New Roman" w:cs="Times New Roman"/>
          <w:sz w:val="24"/>
          <w:szCs w:val="24"/>
        </w:rPr>
        <w:t xml:space="preserve"> </w:t>
      </w:r>
      <w:proofErr w:type="spellStart"/>
      <w:r w:rsidRPr="00D70AC8">
        <w:rPr>
          <w:rFonts w:ascii="Times New Roman" w:hAnsi="Times New Roman" w:cs="Times New Roman"/>
          <w:sz w:val="24"/>
          <w:szCs w:val="24"/>
        </w:rPr>
        <w:t>arkadaşlarımla</w:t>
      </w:r>
      <w:proofErr w:type="spellEnd"/>
      <w:r w:rsidRPr="00D70AC8">
        <w:rPr>
          <w:rFonts w:ascii="Times New Roman" w:hAnsi="Times New Roman" w:cs="Times New Roman"/>
          <w:sz w:val="24"/>
          <w:szCs w:val="24"/>
        </w:rPr>
        <w:t xml:space="preserve"> </w:t>
      </w:r>
      <w:proofErr w:type="spellStart"/>
      <w:r w:rsidRPr="00D70AC8">
        <w:rPr>
          <w:rFonts w:ascii="Times New Roman" w:hAnsi="Times New Roman" w:cs="Times New Roman"/>
          <w:sz w:val="24"/>
          <w:szCs w:val="24"/>
        </w:rPr>
        <w:t>iş</w:t>
      </w:r>
      <w:proofErr w:type="spellEnd"/>
      <w:r w:rsidRPr="00D70AC8">
        <w:rPr>
          <w:rFonts w:ascii="Times New Roman" w:hAnsi="Times New Roman" w:cs="Times New Roman"/>
          <w:sz w:val="24"/>
          <w:szCs w:val="24"/>
        </w:rPr>
        <w:t xml:space="preserve"> </w:t>
      </w:r>
      <w:proofErr w:type="spellStart"/>
      <w:r w:rsidRPr="00D70AC8">
        <w:rPr>
          <w:rFonts w:ascii="Times New Roman" w:hAnsi="Times New Roman" w:cs="Times New Roman"/>
          <w:sz w:val="24"/>
          <w:szCs w:val="24"/>
        </w:rPr>
        <w:t>birliği</w:t>
      </w:r>
      <w:proofErr w:type="spellEnd"/>
      <w:r w:rsidRPr="00D70AC8">
        <w:rPr>
          <w:rFonts w:ascii="Times New Roman" w:hAnsi="Times New Roman" w:cs="Times New Roman"/>
          <w:sz w:val="24"/>
          <w:szCs w:val="24"/>
        </w:rPr>
        <w:t xml:space="preserve"> </w:t>
      </w:r>
      <w:proofErr w:type="spellStart"/>
      <w:r w:rsidRPr="00D70AC8">
        <w:rPr>
          <w:rFonts w:ascii="Times New Roman" w:hAnsi="Times New Roman" w:cs="Times New Roman"/>
          <w:sz w:val="24"/>
          <w:szCs w:val="24"/>
        </w:rPr>
        <w:t>içerisinde</w:t>
      </w:r>
      <w:proofErr w:type="spellEnd"/>
      <w:r w:rsidRPr="00D70AC8">
        <w:rPr>
          <w:rFonts w:ascii="Times New Roman" w:hAnsi="Times New Roman" w:cs="Times New Roman"/>
          <w:sz w:val="24"/>
          <w:szCs w:val="24"/>
        </w:rPr>
        <w:t xml:space="preserve"> </w:t>
      </w:r>
      <w:proofErr w:type="spellStart"/>
      <w:r w:rsidRPr="00D70AC8">
        <w:rPr>
          <w:rFonts w:ascii="Times New Roman" w:hAnsi="Times New Roman" w:cs="Times New Roman"/>
          <w:sz w:val="24"/>
          <w:szCs w:val="24"/>
        </w:rPr>
        <w:t>çalışabiliyorum</w:t>
      </w:r>
      <w:proofErr w:type="spellEnd"/>
      <w:r w:rsidRPr="00D70AC8">
        <w:rPr>
          <w:rFonts w:ascii="Times New Roman" w:hAnsi="Times New Roman" w:cs="Times New Roman"/>
          <w:sz w:val="24"/>
          <w:szCs w:val="24"/>
        </w:rPr>
        <w:t>.</w:t>
      </w:r>
    </w:p>
    <w:p w14:paraId="225EF4B3" w14:textId="59093C76" w:rsidR="00CF246F" w:rsidRPr="00D70AC8" w:rsidRDefault="009F4353" w:rsidP="00D70AC8">
      <w:pPr>
        <w:spacing w:before="240"/>
        <w:rPr>
          <w:rFonts w:ascii="Times New Roman" w:hAnsi="Times New Roman" w:cs="Times New Roman"/>
          <w:sz w:val="24"/>
          <w:szCs w:val="24"/>
        </w:rPr>
      </w:pPr>
      <w:r w:rsidRPr="00D70AC8">
        <w:rPr>
          <w:rFonts w:ascii="Times New Roman" w:hAnsi="Times New Roman" w:cs="Times New Roman"/>
          <w:sz w:val="24"/>
          <w:szCs w:val="24"/>
        </w:rPr>
        <w:br/>
        <w:t xml:space="preserve">Katılımcılar çalışma arkadaşlarıyla iş birliği düzeyinden memnun olduklarını </w:t>
      </w:r>
      <w:r w:rsidRPr="00D70AC8">
        <w:rPr>
          <w:rFonts w:ascii="Times New Roman" w:hAnsi="Times New Roman" w:cs="Times New Roman"/>
          <w:sz w:val="24"/>
          <w:szCs w:val="24"/>
        </w:rPr>
        <w:t>belirtmiştir. Bu bulgu ekip çalışmasının güçlü bir yön olduğunu göstermektedir.</w:t>
      </w:r>
    </w:p>
    <w:p w14:paraId="2FDE32BF" w14:textId="77777777" w:rsidR="00CF246F" w:rsidRPr="00D70AC8" w:rsidRDefault="009F4353">
      <w:pPr>
        <w:rPr>
          <w:rFonts w:ascii="Times New Roman" w:hAnsi="Times New Roman" w:cs="Times New Roman"/>
          <w:sz w:val="24"/>
          <w:szCs w:val="24"/>
        </w:rPr>
      </w:pPr>
      <w:r w:rsidRPr="00D70AC8">
        <w:rPr>
          <w:rFonts w:ascii="Times New Roman" w:hAnsi="Times New Roman" w:cs="Times New Roman"/>
          <w:noProof/>
          <w:sz w:val="24"/>
          <w:szCs w:val="24"/>
          <w:lang w:val="tr-TR" w:eastAsia="tr-TR"/>
        </w:rPr>
        <w:drawing>
          <wp:inline distT="0" distB="0" distL="0" distR="0" wp14:anchorId="1F078F9E" wp14:editId="001D7333">
            <wp:extent cx="4114800" cy="4114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_5.png"/>
                    <pic:cNvPicPr/>
                  </pic:nvPicPr>
                  <pic:blipFill>
                    <a:blip r:embed="rId11"/>
                    <a:stretch>
                      <a:fillRect/>
                    </a:stretch>
                  </pic:blipFill>
                  <pic:spPr>
                    <a:xfrm>
                      <a:off x="0" y="0"/>
                      <a:ext cx="4114800" cy="4114800"/>
                    </a:xfrm>
                    <a:prstGeom prst="rect">
                      <a:avLst/>
                    </a:prstGeom>
                  </pic:spPr>
                </pic:pic>
              </a:graphicData>
            </a:graphic>
          </wp:inline>
        </w:drawing>
      </w:r>
    </w:p>
    <w:p w14:paraId="5794AC79" w14:textId="77777777" w:rsidR="00D70AC8" w:rsidRPr="00D70AC8" w:rsidRDefault="00D70AC8">
      <w:pPr>
        <w:pStyle w:val="Balk1"/>
        <w:rPr>
          <w:rFonts w:ascii="Times New Roman" w:hAnsi="Times New Roman" w:cs="Times New Roman"/>
          <w:sz w:val="24"/>
          <w:szCs w:val="24"/>
        </w:rPr>
        <w:sectPr w:rsidR="00D70AC8" w:rsidRPr="00D70AC8" w:rsidSect="00034616">
          <w:pgSz w:w="12240" w:h="15840"/>
          <w:pgMar w:top="1440" w:right="1800" w:bottom="1440" w:left="1800" w:header="720" w:footer="720" w:gutter="0"/>
          <w:cols w:space="720"/>
          <w:docGrid w:linePitch="360"/>
        </w:sectPr>
      </w:pPr>
    </w:p>
    <w:p w14:paraId="7A4D9A4E" w14:textId="052CCB50" w:rsidR="00CF246F" w:rsidRPr="0058047E" w:rsidRDefault="009F4353" w:rsidP="0058047E">
      <w:pPr>
        <w:pStyle w:val="Balk1"/>
        <w:spacing w:after="240"/>
        <w:rPr>
          <w:rFonts w:ascii="Times New Roman" w:hAnsi="Times New Roman" w:cs="Times New Roman"/>
          <w:color w:val="auto"/>
          <w:sz w:val="24"/>
          <w:szCs w:val="24"/>
        </w:rPr>
      </w:pPr>
      <w:r w:rsidRPr="0058047E">
        <w:rPr>
          <w:rFonts w:ascii="Segoe UI Emoji" w:hAnsi="Segoe UI Emoji" w:cs="Segoe UI Emoji"/>
          <w:color w:val="auto"/>
          <w:sz w:val="24"/>
          <w:szCs w:val="24"/>
        </w:rPr>
        <w:lastRenderedPageBreak/>
        <w:t>🎯</w:t>
      </w:r>
      <w:r w:rsidRPr="0058047E">
        <w:rPr>
          <w:rFonts w:ascii="Times New Roman" w:hAnsi="Times New Roman" w:cs="Times New Roman"/>
          <w:color w:val="auto"/>
          <w:sz w:val="24"/>
          <w:szCs w:val="24"/>
        </w:rPr>
        <w:t xml:space="preserve"> </w:t>
      </w:r>
      <w:r w:rsidR="0058047E" w:rsidRPr="0058047E">
        <w:rPr>
          <w:rFonts w:ascii="Times New Roman" w:hAnsi="Times New Roman" w:cs="Times New Roman"/>
          <w:color w:val="auto"/>
          <w:sz w:val="24"/>
          <w:szCs w:val="24"/>
        </w:rPr>
        <w:t xml:space="preserve">6. </w:t>
      </w:r>
      <w:proofErr w:type="spellStart"/>
      <w:r w:rsidRPr="0058047E">
        <w:rPr>
          <w:rFonts w:ascii="Times New Roman" w:hAnsi="Times New Roman" w:cs="Times New Roman"/>
          <w:color w:val="auto"/>
          <w:sz w:val="24"/>
          <w:szCs w:val="24"/>
        </w:rPr>
        <w:t>Yöneticiyle</w:t>
      </w:r>
      <w:proofErr w:type="spellEnd"/>
      <w:r w:rsidRPr="0058047E">
        <w:rPr>
          <w:rFonts w:ascii="Times New Roman" w:hAnsi="Times New Roman" w:cs="Times New Roman"/>
          <w:color w:val="auto"/>
          <w:sz w:val="24"/>
          <w:szCs w:val="24"/>
        </w:rPr>
        <w:t xml:space="preserve"> </w:t>
      </w:r>
      <w:proofErr w:type="spellStart"/>
      <w:r w:rsidRPr="0058047E">
        <w:rPr>
          <w:rFonts w:ascii="Times New Roman" w:hAnsi="Times New Roman" w:cs="Times New Roman"/>
          <w:color w:val="auto"/>
          <w:sz w:val="24"/>
          <w:szCs w:val="24"/>
        </w:rPr>
        <w:t>İletişim</w:t>
      </w:r>
      <w:proofErr w:type="spellEnd"/>
    </w:p>
    <w:p w14:paraId="1DAC29B9" w14:textId="77777777" w:rsidR="0058047E" w:rsidRDefault="009F4353" w:rsidP="0058047E">
      <w:pPr>
        <w:spacing w:after="240"/>
        <w:rPr>
          <w:rFonts w:ascii="Times New Roman" w:hAnsi="Times New Roman" w:cs="Times New Roman"/>
          <w:sz w:val="24"/>
          <w:szCs w:val="24"/>
        </w:rPr>
      </w:pPr>
      <w:proofErr w:type="spellStart"/>
      <w:r w:rsidRPr="0058047E">
        <w:rPr>
          <w:rFonts w:ascii="Times New Roman" w:hAnsi="Times New Roman" w:cs="Times New Roman"/>
          <w:b/>
          <w:bCs/>
          <w:sz w:val="24"/>
          <w:szCs w:val="24"/>
        </w:rPr>
        <w:t>Soru</w:t>
      </w:r>
      <w:proofErr w:type="spellEnd"/>
      <w:r w:rsidRPr="0058047E">
        <w:rPr>
          <w:rFonts w:ascii="Times New Roman" w:hAnsi="Times New Roman" w:cs="Times New Roman"/>
          <w:b/>
          <w:bCs/>
          <w:sz w:val="24"/>
          <w:szCs w:val="24"/>
        </w:rPr>
        <w:t>:</w:t>
      </w:r>
      <w:r w:rsidRPr="00D70AC8">
        <w:rPr>
          <w:rFonts w:ascii="Times New Roman" w:hAnsi="Times New Roman" w:cs="Times New Roman"/>
          <w:sz w:val="24"/>
          <w:szCs w:val="24"/>
        </w:rPr>
        <w:br/>
      </w:r>
      <w:proofErr w:type="spellStart"/>
      <w:r w:rsidRPr="00D70AC8">
        <w:rPr>
          <w:rFonts w:ascii="Times New Roman" w:hAnsi="Times New Roman" w:cs="Times New Roman"/>
          <w:sz w:val="24"/>
          <w:szCs w:val="24"/>
        </w:rPr>
        <w:t>Yöneticilerimle</w:t>
      </w:r>
      <w:proofErr w:type="spellEnd"/>
      <w:r w:rsidRPr="00D70AC8">
        <w:rPr>
          <w:rFonts w:ascii="Times New Roman" w:hAnsi="Times New Roman" w:cs="Times New Roman"/>
          <w:sz w:val="24"/>
          <w:szCs w:val="24"/>
        </w:rPr>
        <w:t xml:space="preserve"> </w:t>
      </w:r>
      <w:proofErr w:type="spellStart"/>
      <w:r w:rsidRPr="00D70AC8">
        <w:rPr>
          <w:rFonts w:ascii="Times New Roman" w:hAnsi="Times New Roman" w:cs="Times New Roman"/>
          <w:sz w:val="24"/>
          <w:szCs w:val="24"/>
        </w:rPr>
        <w:t>iletişim</w:t>
      </w:r>
      <w:proofErr w:type="spellEnd"/>
      <w:r w:rsidRPr="00D70AC8">
        <w:rPr>
          <w:rFonts w:ascii="Times New Roman" w:hAnsi="Times New Roman" w:cs="Times New Roman"/>
          <w:sz w:val="24"/>
          <w:szCs w:val="24"/>
        </w:rPr>
        <w:t xml:space="preserve"> </w:t>
      </w:r>
      <w:proofErr w:type="spellStart"/>
      <w:r w:rsidRPr="00D70AC8">
        <w:rPr>
          <w:rFonts w:ascii="Times New Roman" w:hAnsi="Times New Roman" w:cs="Times New Roman"/>
          <w:sz w:val="24"/>
          <w:szCs w:val="24"/>
        </w:rPr>
        <w:t>kurmak</w:t>
      </w:r>
      <w:proofErr w:type="spellEnd"/>
      <w:r w:rsidRPr="00D70AC8">
        <w:rPr>
          <w:rFonts w:ascii="Times New Roman" w:hAnsi="Times New Roman" w:cs="Times New Roman"/>
          <w:sz w:val="24"/>
          <w:szCs w:val="24"/>
        </w:rPr>
        <w:t xml:space="preserve"> </w:t>
      </w:r>
      <w:proofErr w:type="spellStart"/>
      <w:r w:rsidRPr="00D70AC8">
        <w:rPr>
          <w:rFonts w:ascii="Times New Roman" w:hAnsi="Times New Roman" w:cs="Times New Roman"/>
          <w:sz w:val="24"/>
          <w:szCs w:val="24"/>
        </w:rPr>
        <w:t>kolaydır</w:t>
      </w:r>
      <w:proofErr w:type="spellEnd"/>
      <w:r w:rsidRPr="00D70AC8">
        <w:rPr>
          <w:rFonts w:ascii="Times New Roman" w:hAnsi="Times New Roman" w:cs="Times New Roman"/>
          <w:sz w:val="24"/>
          <w:szCs w:val="24"/>
        </w:rPr>
        <w:t>.</w:t>
      </w:r>
    </w:p>
    <w:p w14:paraId="55D64E7F" w14:textId="23E4DAD7" w:rsidR="00CF246F" w:rsidRPr="00D70AC8" w:rsidRDefault="009F4353" w:rsidP="0058047E">
      <w:pPr>
        <w:spacing w:after="240"/>
        <w:rPr>
          <w:rFonts w:ascii="Times New Roman" w:hAnsi="Times New Roman" w:cs="Times New Roman"/>
          <w:sz w:val="24"/>
          <w:szCs w:val="24"/>
        </w:rPr>
      </w:pPr>
      <w:r w:rsidRPr="00D70AC8">
        <w:rPr>
          <w:rFonts w:ascii="Times New Roman" w:hAnsi="Times New Roman" w:cs="Times New Roman"/>
          <w:sz w:val="24"/>
          <w:szCs w:val="24"/>
        </w:rPr>
        <w:br/>
        <w:t>Yönetim ile iletişimde yüksek düzeyde olumlu bir algı olduğu görülmektedir.</w:t>
      </w:r>
    </w:p>
    <w:p w14:paraId="198E537A" w14:textId="77777777" w:rsidR="00CF246F" w:rsidRPr="00D70AC8" w:rsidRDefault="009F4353">
      <w:pPr>
        <w:rPr>
          <w:rFonts w:ascii="Times New Roman" w:hAnsi="Times New Roman" w:cs="Times New Roman"/>
          <w:sz w:val="24"/>
          <w:szCs w:val="24"/>
        </w:rPr>
      </w:pPr>
      <w:r w:rsidRPr="00D70AC8">
        <w:rPr>
          <w:rFonts w:ascii="Times New Roman" w:hAnsi="Times New Roman" w:cs="Times New Roman"/>
          <w:noProof/>
          <w:sz w:val="24"/>
          <w:szCs w:val="24"/>
          <w:lang w:val="tr-TR" w:eastAsia="tr-TR"/>
        </w:rPr>
        <w:drawing>
          <wp:inline distT="0" distB="0" distL="0" distR="0" wp14:anchorId="04D913FE" wp14:editId="16E0AE0D">
            <wp:extent cx="4114800" cy="4114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_6.png"/>
                    <pic:cNvPicPr/>
                  </pic:nvPicPr>
                  <pic:blipFill>
                    <a:blip r:embed="rId12"/>
                    <a:stretch>
                      <a:fillRect/>
                    </a:stretch>
                  </pic:blipFill>
                  <pic:spPr>
                    <a:xfrm>
                      <a:off x="0" y="0"/>
                      <a:ext cx="4114800" cy="4114800"/>
                    </a:xfrm>
                    <a:prstGeom prst="rect">
                      <a:avLst/>
                    </a:prstGeom>
                  </pic:spPr>
                </pic:pic>
              </a:graphicData>
            </a:graphic>
          </wp:inline>
        </w:drawing>
      </w:r>
    </w:p>
    <w:p w14:paraId="7DA98189" w14:textId="77777777" w:rsidR="00D70AC8" w:rsidRPr="00D70AC8" w:rsidRDefault="00D70AC8">
      <w:pPr>
        <w:pStyle w:val="Balk1"/>
        <w:rPr>
          <w:rFonts w:ascii="Times New Roman" w:hAnsi="Times New Roman" w:cs="Times New Roman"/>
          <w:sz w:val="24"/>
          <w:szCs w:val="24"/>
        </w:rPr>
        <w:sectPr w:rsidR="00D70AC8" w:rsidRPr="00D70AC8" w:rsidSect="00034616">
          <w:pgSz w:w="12240" w:h="15840"/>
          <w:pgMar w:top="1440" w:right="1800" w:bottom="1440" w:left="1800" w:header="720" w:footer="720" w:gutter="0"/>
          <w:cols w:space="720"/>
          <w:docGrid w:linePitch="360"/>
        </w:sectPr>
      </w:pPr>
    </w:p>
    <w:p w14:paraId="04253409" w14:textId="55BFF86F" w:rsidR="00CF246F" w:rsidRPr="0058047E" w:rsidRDefault="009F4353" w:rsidP="0058047E">
      <w:pPr>
        <w:pStyle w:val="Balk1"/>
        <w:spacing w:after="240"/>
        <w:rPr>
          <w:rFonts w:ascii="Times New Roman" w:hAnsi="Times New Roman" w:cs="Times New Roman"/>
          <w:color w:val="auto"/>
          <w:sz w:val="24"/>
          <w:szCs w:val="24"/>
        </w:rPr>
      </w:pPr>
      <w:r w:rsidRPr="0058047E">
        <w:rPr>
          <w:rFonts w:ascii="Segoe UI Emoji" w:hAnsi="Segoe UI Emoji" w:cs="Segoe UI Emoji"/>
          <w:color w:val="auto"/>
          <w:sz w:val="24"/>
          <w:szCs w:val="24"/>
        </w:rPr>
        <w:lastRenderedPageBreak/>
        <w:t>🎯</w:t>
      </w:r>
      <w:r w:rsidRPr="0058047E">
        <w:rPr>
          <w:rFonts w:ascii="Times New Roman" w:hAnsi="Times New Roman" w:cs="Times New Roman"/>
          <w:color w:val="auto"/>
          <w:sz w:val="24"/>
          <w:szCs w:val="24"/>
        </w:rPr>
        <w:t xml:space="preserve"> </w:t>
      </w:r>
      <w:r w:rsidR="0058047E" w:rsidRPr="0058047E">
        <w:rPr>
          <w:rFonts w:ascii="Times New Roman" w:hAnsi="Times New Roman" w:cs="Times New Roman"/>
          <w:color w:val="auto"/>
          <w:sz w:val="24"/>
          <w:szCs w:val="24"/>
        </w:rPr>
        <w:t xml:space="preserve">7. </w:t>
      </w:r>
      <w:proofErr w:type="spellStart"/>
      <w:r w:rsidRPr="0058047E">
        <w:rPr>
          <w:rFonts w:ascii="Times New Roman" w:hAnsi="Times New Roman" w:cs="Times New Roman"/>
          <w:color w:val="auto"/>
          <w:sz w:val="24"/>
          <w:szCs w:val="24"/>
        </w:rPr>
        <w:t>Yöneticilerin</w:t>
      </w:r>
      <w:proofErr w:type="spellEnd"/>
      <w:r w:rsidRPr="0058047E">
        <w:rPr>
          <w:rFonts w:ascii="Times New Roman" w:hAnsi="Times New Roman" w:cs="Times New Roman"/>
          <w:color w:val="auto"/>
          <w:sz w:val="24"/>
          <w:szCs w:val="24"/>
        </w:rPr>
        <w:t xml:space="preserve"> Geri </w:t>
      </w:r>
      <w:proofErr w:type="spellStart"/>
      <w:r w:rsidRPr="0058047E">
        <w:rPr>
          <w:rFonts w:ascii="Times New Roman" w:hAnsi="Times New Roman" w:cs="Times New Roman"/>
          <w:color w:val="auto"/>
          <w:sz w:val="24"/>
          <w:szCs w:val="24"/>
        </w:rPr>
        <w:t>Bildirime</w:t>
      </w:r>
      <w:proofErr w:type="spellEnd"/>
      <w:r w:rsidRPr="0058047E">
        <w:rPr>
          <w:rFonts w:ascii="Times New Roman" w:hAnsi="Times New Roman" w:cs="Times New Roman"/>
          <w:color w:val="auto"/>
          <w:sz w:val="24"/>
          <w:szCs w:val="24"/>
        </w:rPr>
        <w:t xml:space="preserve"> </w:t>
      </w:r>
      <w:proofErr w:type="spellStart"/>
      <w:r w:rsidRPr="0058047E">
        <w:rPr>
          <w:rFonts w:ascii="Times New Roman" w:hAnsi="Times New Roman" w:cs="Times New Roman"/>
          <w:color w:val="auto"/>
          <w:sz w:val="24"/>
          <w:szCs w:val="24"/>
        </w:rPr>
        <w:t>Yaklaşımı</w:t>
      </w:r>
      <w:proofErr w:type="spellEnd"/>
    </w:p>
    <w:p w14:paraId="20BF0FC7" w14:textId="77777777" w:rsidR="0058047E" w:rsidRDefault="009F4353" w:rsidP="0058047E">
      <w:pPr>
        <w:spacing w:after="240"/>
        <w:rPr>
          <w:rFonts w:ascii="Times New Roman" w:hAnsi="Times New Roman" w:cs="Times New Roman"/>
          <w:sz w:val="24"/>
          <w:szCs w:val="24"/>
        </w:rPr>
      </w:pPr>
      <w:proofErr w:type="spellStart"/>
      <w:r w:rsidRPr="0058047E">
        <w:rPr>
          <w:rFonts w:ascii="Times New Roman" w:hAnsi="Times New Roman" w:cs="Times New Roman"/>
          <w:b/>
          <w:bCs/>
          <w:sz w:val="24"/>
          <w:szCs w:val="24"/>
        </w:rPr>
        <w:t>Soru</w:t>
      </w:r>
      <w:proofErr w:type="spellEnd"/>
      <w:r w:rsidRPr="0058047E">
        <w:rPr>
          <w:rFonts w:ascii="Times New Roman" w:hAnsi="Times New Roman" w:cs="Times New Roman"/>
          <w:b/>
          <w:bCs/>
          <w:sz w:val="24"/>
          <w:szCs w:val="24"/>
        </w:rPr>
        <w:t>:</w:t>
      </w:r>
      <w:r w:rsidRPr="00D70AC8">
        <w:rPr>
          <w:rFonts w:ascii="Times New Roman" w:hAnsi="Times New Roman" w:cs="Times New Roman"/>
          <w:sz w:val="24"/>
          <w:szCs w:val="24"/>
        </w:rPr>
        <w:br/>
      </w:r>
      <w:proofErr w:type="spellStart"/>
      <w:r w:rsidRPr="00D70AC8">
        <w:rPr>
          <w:rFonts w:ascii="Times New Roman" w:hAnsi="Times New Roman" w:cs="Times New Roman"/>
          <w:sz w:val="24"/>
          <w:szCs w:val="24"/>
        </w:rPr>
        <w:t>Yöneticiler</w:t>
      </w:r>
      <w:proofErr w:type="spellEnd"/>
      <w:r w:rsidRPr="00D70AC8">
        <w:rPr>
          <w:rFonts w:ascii="Times New Roman" w:hAnsi="Times New Roman" w:cs="Times New Roman"/>
          <w:sz w:val="24"/>
          <w:szCs w:val="24"/>
        </w:rPr>
        <w:t xml:space="preserve"> </w:t>
      </w:r>
      <w:proofErr w:type="spellStart"/>
      <w:r w:rsidRPr="00D70AC8">
        <w:rPr>
          <w:rFonts w:ascii="Times New Roman" w:hAnsi="Times New Roman" w:cs="Times New Roman"/>
          <w:sz w:val="24"/>
          <w:szCs w:val="24"/>
        </w:rPr>
        <w:t>geri</w:t>
      </w:r>
      <w:proofErr w:type="spellEnd"/>
      <w:r w:rsidRPr="00D70AC8">
        <w:rPr>
          <w:rFonts w:ascii="Times New Roman" w:hAnsi="Times New Roman" w:cs="Times New Roman"/>
          <w:sz w:val="24"/>
          <w:szCs w:val="24"/>
        </w:rPr>
        <w:t xml:space="preserve"> </w:t>
      </w:r>
      <w:proofErr w:type="spellStart"/>
      <w:r w:rsidRPr="00D70AC8">
        <w:rPr>
          <w:rFonts w:ascii="Times New Roman" w:hAnsi="Times New Roman" w:cs="Times New Roman"/>
          <w:sz w:val="24"/>
          <w:szCs w:val="24"/>
        </w:rPr>
        <w:t>bildirimlerime</w:t>
      </w:r>
      <w:proofErr w:type="spellEnd"/>
      <w:r w:rsidRPr="00D70AC8">
        <w:rPr>
          <w:rFonts w:ascii="Times New Roman" w:hAnsi="Times New Roman" w:cs="Times New Roman"/>
          <w:sz w:val="24"/>
          <w:szCs w:val="24"/>
        </w:rPr>
        <w:t xml:space="preserve"> </w:t>
      </w:r>
      <w:proofErr w:type="spellStart"/>
      <w:r w:rsidRPr="00D70AC8">
        <w:rPr>
          <w:rFonts w:ascii="Times New Roman" w:hAnsi="Times New Roman" w:cs="Times New Roman"/>
          <w:sz w:val="24"/>
          <w:szCs w:val="24"/>
        </w:rPr>
        <w:t>değer</w:t>
      </w:r>
      <w:proofErr w:type="spellEnd"/>
      <w:r w:rsidRPr="00D70AC8">
        <w:rPr>
          <w:rFonts w:ascii="Times New Roman" w:hAnsi="Times New Roman" w:cs="Times New Roman"/>
          <w:sz w:val="24"/>
          <w:szCs w:val="24"/>
        </w:rPr>
        <w:t xml:space="preserve"> </w:t>
      </w:r>
      <w:proofErr w:type="spellStart"/>
      <w:r w:rsidRPr="00D70AC8">
        <w:rPr>
          <w:rFonts w:ascii="Times New Roman" w:hAnsi="Times New Roman" w:cs="Times New Roman"/>
          <w:sz w:val="24"/>
          <w:szCs w:val="24"/>
        </w:rPr>
        <w:t>vermektedir</w:t>
      </w:r>
      <w:proofErr w:type="spellEnd"/>
      <w:r w:rsidRPr="00D70AC8">
        <w:rPr>
          <w:rFonts w:ascii="Times New Roman" w:hAnsi="Times New Roman" w:cs="Times New Roman"/>
          <w:sz w:val="24"/>
          <w:szCs w:val="24"/>
        </w:rPr>
        <w:t>.</w:t>
      </w:r>
    </w:p>
    <w:p w14:paraId="07249DE7" w14:textId="78C10A8F" w:rsidR="00CF246F" w:rsidRPr="00D70AC8" w:rsidRDefault="009F4353" w:rsidP="0058047E">
      <w:pPr>
        <w:spacing w:after="240"/>
        <w:rPr>
          <w:rFonts w:ascii="Times New Roman" w:hAnsi="Times New Roman" w:cs="Times New Roman"/>
          <w:sz w:val="24"/>
          <w:szCs w:val="24"/>
        </w:rPr>
      </w:pPr>
      <w:r w:rsidRPr="00D70AC8">
        <w:rPr>
          <w:rFonts w:ascii="Times New Roman" w:hAnsi="Times New Roman" w:cs="Times New Roman"/>
          <w:sz w:val="24"/>
          <w:szCs w:val="24"/>
        </w:rPr>
        <w:br/>
        <w:t>Bu başlıkta memnuniyet oranlarının diğer sorulara kıyasla biraz daha farklılık gösterdiği anlaşılmaktadır.</w:t>
      </w:r>
    </w:p>
    <w:p w14:paraId="22CA5839" w14:textId="77777777" w:rsidR="00CF246F" w:rsidRPr="00D70AC8" w:rsidRDefault="009F4353">
      <w:pPr>
        <w:rPr>
          <w:rFonts w:ascii="Times New Roman" w:hAnsi="Times New Roman" w:cs="Times New Roman"/>
          <w:sz w:val="24"/>
          <w:szCs w:val="24"/>
        </w:rPr>
      </w:pPr>
      <w:r w:rsidRPr="00D70AC8">
        <w:rPr>
          <w:rFonts w:ascii="Times New Roman" w:hAnsi="Times New Roman" w:cs="Times New Roman"/>
          <w:noProof/>
          <w:sz w:val="24"/>
          <w:szCs w:val="24"/>
          <w:lang w:val="tr-TR" w:eastAsia="tr-TR"/>
        </w:rPr>
        <w:drawing>
          <wp:inline distT="0" distB="0" distL="0" distR="0" wp14:anchorId="4481E21B" wp14:editId="45CBEE01">
            <wp:extent cx="4114800" cy="4114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_7.png"/>
                    <pic:cNvPicPr/>
                  </pic:nvPicPr>
                  <pic:blipFill>
                    <a:blip r:embed="rId13"/>
                    <a:stretch>
                      <a:fillRect/>
                    </a:stretch>
                  </pic:blipFill>
                  <pic:spPr>
                    <a:xfrm>
                      <a:off x="0" y="0"/>
                      <a:ext cx="4114800" cy="4114800"/>
                    </a:xfrm>
                    <a:prstGeom prst="rect">
                      <a:avLst/>
                    </a:prstGeom>
                  </pic:spPr>
                </pic:pic>
              </a:graphicData>
            </a:graphic>
          </wp:inline>
        </w:drawing>
      </w:r>
    </w:p>
    <w:p w14:paraId="6ADB4DF7" w14:textId="77777777" w:rsidR="00D70AC8" w:rsidRPr="00D70AC8" w:rsidRDefault="00D70AC8">
      <w:pPr>
        <w:pStyle w:val="Balk1"/>
        <w:rPr>
          <w:rFonts w:ascii="Times New Roman" w:hAnsi="Times New Roman" w:cs="Times New Roman"/>
          <w:sz w:val="24"/>
          <w:szCs w:val="24"/>
        </w:rPr>
        <w:sectPr w:rsidR="00D70AC8" w:rsidRPr="00D70AC8" w:rsidSect="00034616">
          <w:pgSz w:w="12240" w:h="15840"/>
          <w:pgMar w:top="1440" w:right="1800" w:bottom="1440" w:left="1800" w:header="720" w:footer="720" w:gutter="0"/>
          <w:cols w:space="720"/>
          <w:docGrid w:linePitch="360"/>
        </w:sectPr>
      </w:pPr>
    </w:p>
    <w:p w14:paraId="47A74A1D" w14:textId="2EBB4721" w:rsidR="00CF246F" w:rsidRPr="0058047E" w:rsidRDefault="009F4353" w:rsidP="0058047E">
      <w:pPr>
        <w:pStyle w:val="Balk1"/>
        <w:spacing w:after="240"/>
        <w:rPr>
          <w:rFonts w:ascii="Times New Roman" w:hAnsi="Times New Roman" w:cs="Times New Roman"/>
          <w:color w:val="auto"/>
          <w:sz w:val="24"/>
          <w:szCs w:val="24"/>
        </w:rPr>
      </w:pPr>
      <w:r w:rsidRPr="0058047E">
        <w:rPr>
          <w:rFonts w:ascii="Segoe UI Emoji" w:hAnsi="Segoe UI Emoji" w:cs="Segoe UI Emoji"/>
          <w:color w:val="auto"/>
          <w:sz w:val="24"/>
          <w:szCs w:val="24"/>
        </w:rPr>
        <w:lastRenderedPageBreak/>
        <w:t>🎯</w:t>
      </w:r>
      <w:r w:rsidRPr="0058047E">
        <w:rPr>
          <w:rFonts w:ascii="Times New Roman" w:hAnsi="Times New Roman" w:cs="Times New Roman"/>
          <w:color w:val="auto"/>
          <w:sz w:val="24"/>
          <w:szCs w:val="24"/>
        </w:rPr>
        <w:t xml:space="preserve"> </w:t>
      </w:r>
      <w:r w:rsidR="0058047E" w:rsidRPr="0058047E">
        <w:rPr>
          <w:rFonts w:ascii="Times New Roman" w:hAnsi="Times New Roman" w:cs="Times New Roman"/>
          <w:color w:val="auto"/>
          <w:sz w:val="24"/>
          <w:szCs w:val="24"/>
        </w:rPr>
        <w:t xml:space="preserve">8. </w:t>
      </w:r>
      <w:proofErr w:type="spellStart"/>
      <w:r w:rsidRPr="0058047E">
        <w:rPr>
          <w:rFonts w:ascii="Times New Roman" w:hAnsi="Times New Roman" w:cs="Times New Roman"/>
          <w:color w:val="auto"/>
          <w:sz w:val="24"/>
          <w:szCs w:val="24"/>
        </w:rPr>
        <w:t>Birim</w:t>
      </w:r>
      <w:proofErr w:type="spellEnd"/>
      <w:r w:rsidRPr="0058047E">
        <w:rPr>
          <w:rFonts w:ascii="Times New Roman" w:hAnsi="Times New Roman" w:cs="Times New Roman"/>
          <w:color w:val="auto"/>
          <w:sz w:val="24"/>
          <w:szCs w:val="24"/>
        </w:rPr>
        <w:t xml:space="preserve"> </w:t>
      </w:r>
      <w:proofErr w:type="spellStart"/>
      <w:r w:rsidRPr="0058047E">
        <w:rPr>
          <w:rFonts w:ascii="Times New Roman" w:hAnsi="Times New Roman" w:cs="Times New Roman"/>
          <w:color w:val="auto"/>
          <w:sz w:val="24"/>
          <w:szCs w:val="24"/>
        </w:rPr>
        <w:t>İçi</w:t>
      </w:r>
      <w:proofErr w:type="spellEnd"/>
      <w:r w:rsidRPr="0058047E">
        <w:rPr>
          <w:rFonts w:ascii="Times New Roman" w:hAnsi="Times New Roman" w:cs="Times New Roman"/>
          <w:color w:val="auto"/>
          <w:sz w:val="24"/>
          <w:szCs w:val="24"/>
        </w:rPr>
        <w:t xml:space="preserve"> </w:t>
      </w:r>
      <w:proofErr w:type="spellStart"/>
      <w:r w:rsidRPr="0058047E">
        <w:rPr>
          <w:rFonts w:ascii="Times New Roman" w:hAnsi="Times New Roman" w:cs="Times New Roman"/>
          <w:color w:val="auto"/>
          <w:sz w:val="24"/>
          <w:szCs w:val="24"/>
        </w:rPr>
        <w:t>İletişim</w:t>
      </w:r>
      <w:proofErr w:type="spellEnd"/>
    </w:p>
    <w:p w14:paraId="1D4DB892" w14:textId="77777777" w:rsidR="0058047E" w:rsidRDefault="009F4353" w:rsidP="0058047E">
      <w:pPr>
        <w:spacing w:after="240"/>
        <w:rPr>
          <w:rFonts w:ascii="Times New Roman" w:hAnsi="Times New Roman" w:cs="Times New Roman"/>
          <w:sz w:val="24"/>
          <w:szCs w:val="24"/>
        </w:rPr>
      </w:pPr>
      <w:r w:rsidRPr="0058047E">
        <w:rPr>
          <w:rFonts w:ascii="Times New Roman" w:hAnsi="Times New Roman" w:cs="Times New Roman"/>
          <w:b/>
          <w:bCs/>
          <w:sz w:val="24"/>
          <w:szCs w:val="24"/>
        </w:rPr>
        <w:t>Soru:</w:t>
      </w:r>
      <w:r w:rsidRPr="00D70AC8">
        <w:rPr>
          <w:rFonts w:ascii="Times New Roman" w:hAnsi="Times New Roman" w:cs="Times New Roman"/>
          <w:sz w:val="24"/>
          <w:szCs w:val="24"/>
        </w:rPr>
        <w:br/>
        <w:t xml:space="preserve">Birim içi iletişim </w:t>
      </w:r>
      <w:proofErr w:type="spellStart"/>
      <w:r w:rsidRPr="00D70AC8">
        <w:rPr>
          <w:rFonts w:ascii="Times New Roman" w:hAnsi="Times New Roman" w:cs="Times New Roman"/>
          <w:sz w:val="24"/>
          <w:szCs w:val="24"/>
        </w:rPr>
        <w:t>etkili</w:t>
      </w:r>
      <w:proofErr w:type="spellEnd"/>
      <w:r w:rsidRPr="00D70AC8">
        <w:rPr>
          <w:rFonts w:ascii="Times New Roman" w:hAnsi="Times New Roman" w:cs="Times New Roman"/>
          <w:sz w:val="24"/>
          <w:szCs w:val="24"/>
        </w:rPr>
        <w:t xml:space="preserve"> </w:t>
      </w:r>
      <w:proofErr w:type="spellStart"/>
      <w:r w:rsidRPr="00D70AC8">
        <w:rPr>
          <w:rFonts w:ascii="Times New Roman" w:hAnsi="Times New Roman" w:cs="Times New Roman"/>
          <w:sz w:val="24"/>
          <w:szCs w:val="24"/>
        </w:rPr>
        <w:t>bir</w:t>
      </w:r>
      <w:proofErr w:type="spellEnd"/>
      <w:r w:rsidRPr="00D70AC8">
        <w:rPr>
          <w:rFonts w:ascii="Times New Roman" w:hAnsi="Times New Roman" w:cs="Times New Roman"/>
          <w:sz w:val="24"/>
          <w:szCs w:val="24"/>
        </w:rPr>
        <w:t xml:space="preserve"> </w:t>
      </w:r>
      <w:proofErr w:type="spellStart"/>
      <w:r w:rsidRPr="00D70AC8">
        <w:rPr>
          <w:rFonts w:ascii="Times New Roman" w:hAnsi="Times New Roman" w:cs="Times New Roman"/>
          <w:sz w:val="24"/>
          <w:szCs w:val="24"/>
        </w:rPr>
        <w:t>şekilde</w:t>
      </w:r>
      <w:proofErr w:type="spellEnd"/>
      <w:r w:rsidRPr="00D70AC8">
        <w:rPr>
          <w:rFonts w:ascii="Times New Roman" w:hAnsi="Times New Roman" w:cs="Times New Roman"/>
          <w:sz w:val="24"/>
          <w:szCs w:val="24"/>
        </w:rPr>
        <w:t xml:space="preserve"> </w:t>
      </w:r>
      <w:proofErr w:type="spellStart"/>
      <w:r w:rsidRPr="00D70AC8">
        <w:rPr>
          <w:rFonts w:ascii="Times New Roman" w:hAnsi="Times New Roman" w:cs="Times New Roman"/>
          <w:sz w:val="24"/>
          <w:szCs w:val="24"/>
        </w:rPr>
        <w:t>yürütülmektedir</w:t>
      </w:r>
      <w:proofErr w:type="spellEnd"/>
      <w:r w:rsidRPr="00D70AC8">
        <w:rPr>
          <w:rFonts w:ascii="Times New Roman" w:hAnsi="Times New Roman" w:cs="Times New Roman"/>
          <w:sz w:val="24"/>
          <w:szCs w:val="24"/>
        </w:rPr>
        <w:t>.</w:t>
      </w:r>
    </w:p>
    <w:p w14:paraId="7859D1B1" w14:textId="03959A51" w:rsidR="00CF246F" w:rsidRPr="00D70AC8" w:rsidRDefault="009F4353" w:rsidP="0058047E">
      <w:pPr>
        <w:spacing w:after="240"/>
        <w:rPr>
          <w:rFonts w:ascii="Times New Roman" w:hAnsi="Times New Roman" w:cs="Times New Roman"/>
          <w:sz w:val="24"/>
          <w:szCs w:val="24"/>
        </w:rPr>
      </w:pPr>
      <w:r w:rsidRPr="00D70AC8">
        <w:rPr>
          <w:rFonts w:ascii="Times New Roman" w:hAnsi="Times New Roman" w:cs="Times New Roman"/>
          <w:sz w:val="24"/>
          <w:szCs w:val="24"/>
        </w:rPr>
        <w:br/>
        <w:t>Yanıtlar genel olarak olumlu olmakla birlikte bazı farklılıklar da görülmektedir.</w:t>
      </w:r>
    </w:p>
    <w:p w14:paraId="28CE5888" w14:textId="77777777" w:rsidR="00CF246F" w:rsidRPr="00D70AC8" w:rsidRDefault="009F4353">
      <w:pPr>
        <w:rPr>
          <w:rFonts w:ascii="Times New Roman" w:hAnsi="Times New Roman" w:cs="Times New Roman"/>
          <w:sz w:val="24"/>
          <w:szCs w:val="24"/>
        </w:rPr>
      </w:pPr>
      <w:r w:rsidRPr="00D70AC8">
        <w:rPr>
          <w:rFonts w:ascii="Times New Roman" w:hAnsi="Times New Roman" w:cs="Times New Roman"/>
          <w:noProof/>
          <w:sz w:val="24"/>
          <w:szCs w:val="24"/>
          <w:lang w:val="tr-TR" w:eastAsia="tr-TR"/>
        </w:rPr>
        <w:drawing>
          <wp:inline distT="0" distB="0" distL="0" distR="0" wp14:anchorId="3B766365" wp14:editId="47CFFB06">
            <wp:extent cx="4114800" cy="4114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_8.png"/>
                    <pic:cNvPicPr/>
                  </pic:nvPicPr>
                  <pic:blipFill>
                    <a:blip r:embed="rId14"/>
                    <a:stretch>
                      <a:fillRect/>
                    </a:stretch>
                  </pic:blipFill>
                  <pic:spPr>
                    <a:xfrm>
                      <a:off x="0" y="0"/>
                      <a:ext cx="4114800" cy="4114800"/>
                    </a:xfrm>
                    <a:prstGeom prst="rect">
                      <a:avLst/>
                    </a:prstGeom>
                  </pic:spPr>
                </pic:pic>
              </a:graphicData>
            </a:graphic>
          </wp:inline>
        </w:drawing>
      </w:r>
    </w:p>
    <w:p w14:paraId="7A4AFDD4" w14:textId="77777777" w:rsidR="00D70AC8" w:rsidRPr="00D70AC8" w:rsidRDefault="00D70AC8">
      <w:pPr>
        <w:pStyle w:val="Balk1"/>
        <w:rPr>
          <w:rFonts w:ascii="Times New Roman" w:hAnsi="Times New Roman" w:cs="Times New Roman"/>
          <w:sz w:val="24"/>
          <w:szCs w:val="24"/>
        </w:rPr>
        <w:sectPr w:rsidR="00D70AC8" w:rsidRPr="00D70AC8" w:rsidSect="00034616">
          <w:pgSz w:w="12240" w:h="15840"/>
          <w:pgMar w:top="1440" w:right="1800" w:bottom="1440" w:left="1800" w:header="720" w:footer="720" w:gutter="0"/>
          <w:cols w:space="720"/>
          <w:docGrid w:linePitch="360"/>
        </w:sectPr>
      </w:pPr>
    </w:p>
    <w:p w14:paraId="0F271C2C" w14:textId="490F53E9" w:rsidR="00CF246F" w:rsidRPr="0058047E" w:rsidRDefault="009F4353" w:rsidP="0058047E">
      <w:pPr>
        <w:pStyle w:val="Balk1"/>
        <w:spacing w:after="240"/>
        <w:rPr>
          <w:rFonts w:ascii="Times New Roman" w:hAnsi="Times New Roman" w:cs="Times New Roman"/>
          <w:color w:val="auto"/>
          <w:sz w:val="24"/>
          <w:szCs w:val="24"/>
        </w:rPr>
      </w:pPr>
      <w:r w:rsidRPr="0058047E">
        <w:rPr>
          <w:rFonts w:ascii="Segoe UI Emoji" w:hAnsi="Segoe UI Emoji" w:cs="Segoe UI Emoji"/>
          <w:color w:val="auto"/>
          <w:sz w:val="24"/>
          <w:szCs w:val="24"/>
        </w:rPr>
        <w:lastRenderedPageBreak/>
        <w:t>🎯</w:t>
      </w:r>
      <w:r w:rsidRPr="0058047E">
        <w:rPr>
          <w:rFonts w:ascii="Times New Roman" w:hAnsi="Times New Roman" w:cs="Times New Roman"/>
          <w:color w:val="auto"/>
          <w:sz w:val="24"/>
          <w:szCs w:val="24"/>
        </w:rPr>
        <w:t xml:space="preserve"> </w:t>
      </w:r>
      <w:r w:rsidR="0058047E" w:rsidRPr="0058047E">
        <w:rPr>
          <w:rFonts w:ascii="Times New Roman" w:hAnsi="Times New Roman" w:cs="Times New Roman"/>
          <w:color w:val="auto"/>
          <w:sz w:val="24"/>
          <w:szCs w:val="24"/>
        </w:rPr>
        <w:t xml:space="preserve">9. </w:t>
      </w:r>
      <w:proofErr w:type="spellStart"/>
      <w:r w:rsidRPr="0058047E">
        <w:rPr>
          <w:rFonts w:ascii="Times New Roman" w:hAnsi="Times New Roman" w:cs="Times New Roman"/>
          <w:color w:val="auto"/>
          <w:sz w:val="24"/>
          <w:szCs w:val="24"/>
        </w:rPr>
        <w:t>Karar</w:t>
      </w:r>
      <w:proofErr w:type="spellEnd"/>
      <w:r w:rsidRPr="0058047E">
        <w:rPr>
          <w:rFonts w:ascii="Times New Roman" w:hAnsi="Times New Roman" w:cs="Times New Roman"/>
          <w:color w:val="auto"/>
          <w:sz w:val="24"/>
          <w:szCs w:val="24"/>
        </w:rPr>
        <w:t xml:space="preserve"> Alma </w:t>
      </w:r>
      <w:proofErr w:type="spellStart"/>
      <w:r w:rsidRPr="0058047E">
        <w:rPr>
          <w:rFonts w:ascii="Times New Roman" w:hAnsi="Times New Roman" w:cs="Times New Roman"/>
          <w:color w:val="auto"/>
          <w:sz w:val="24"/>
          <w:szCs w:val="24"/>
        </w:rPr>
        <w:t>Süreçlerine</w:t>
      </w:r>
      <w:proofErr w:type="spellEnd"/>
      <w:r w:rsidRPr="0058047E">
        <w:rPr>
          <w:rFonts w:ascii="Times New Roman" w:hAnsi="Times New Roman" w:cs="Times New Roman"/>
          <w:color w:val="auto"/>
          <w:sz w:val="24"/>
          <w:szCs w:val="24"/>
        </w:rPr>
        <w:t xml:space="preserve"> </w:t>
      </w:r>
      <w:proofErr w:type="spellStart"/>
      <w:r w:rsidRPr="0058047E">
        <w:rPr>
          <w:rFonts w:ascii="Times New Roman" w:hAnsi="Times New Roman" w:cs="Times New Roman"/>
          <w:color w:val="auto"/>
          <w:sz w:val="24"/>
          <w:szCs w:val="24"/>
        </w:rPr>
        <w:t>Katılım</w:t>
      </w:r>
      <w:proofErr w:type="spellEnd"/>
    </w:p>
    <w:p w14:paraId="6A707163" w14:textId="77777777" w:rsidR="00CF246F" w:rsidRPr="00D70AC8" w:rsidRDefault="009F4353" w:rsidP="0058047E">
      <w:pPr>
        <w:spacing w:after="240"/>
        <w:rPr>
          <w:rFonts w:ascii="Times New Roman" w:hAnsi="Times New Roman" w:cs="Times New Roman"/>
          <w:sz w:val="24"/>
          <w:szCs w:val="24"/>
        </w:rPr>
      </w:pPr>
      <w:r w:rsidRPr="0058047E">
        <w:rPr>
          <w:rFonts w:ascii="Times New Roman" w:hAnsi="Times New Roman" w:cs="Times New Roman"/>
          <w:b/>
          <w:bCs/>
          <w:sz w:val="24"/>
          <w:szCs w:val="24"/>
        </w:rPr>
        <w:t>Soru:</w:t>
      </w:r>
      <w:r w:rsidRPr="00D70AC8">
        <w:rPr>
          <w:rFonts w:ascii="Times New Roman" w:hAnsi="Times New Roman" w:cs="Times New Roman"/>
          <w:sz w:val="24"/>
          <w:szCs w:val="24"/>
        </w:rPr>
        <w:br/>
        <w:t xml:space="preserve">Yönetim kararlarında </w:t>
      </w:r>
      <w:r w:rsidRPr="00D70AC8">
        <w:rPr>
          <w:rFonts w:ascii="Times New Roman" w:hAnsi="Times New Roman" w:cs="Times New Roman"/>
          <w:sz w:val="24"/>
          <w:szCs w:val="24"/>
        </w:rPr>
        <w:t>personel görüşleri dikkate alınmaktadır.</w:t>
      </w:r>
    </w:p>
    <w:p w14:paraId="76BAE603" w14:textId="5CA23AB2" w:rsidR="00CF246F" w:rsidRPr="00D70AC8" w:rsidRDefault="009F4353">
      <w:pPr>
        <w:rPr>
          <w:rFonts w:ascii="Times New Roman" w:hAnsi="Times New Roman" w:cs="Times New Roman"/>
          <w:sz w:val="24"/>
          <w:szCs w:val="24"/>
        </w:rPr>
      </w:pPr>
      <w:r w:rsidRPr="00D70AC8">
        <w:rPr>
          <w:rFonts w:ascii="Times New Roman" w:hAnsi="Times New Roman" w:cs="Times New Roman"/>
          <w:sz w:val="24"/>
          <w:szCs w:val="24"/>
        </w:rPr>
        <w:br/>
        <w:t>Yanıtlar çoğunluğun olumlu değerlendirmesine karşın, bir katılımcının daha temkinli bir yaklaşım sergilediğini göstermektedir.</w:t>
      </w:r>
    </w:p>
    <w:p w14:paraId="7B16F560" w14:textId="77777777" w:rsidR="00CF246F" w:rsidRPr="00D70AC8" w:rsidRDefault="009F4353">
      <w:pPr>
        <w:rPr>
          <w:rFonts w:ascii="Times New Roman" w:hAnsi="Times New Roman" w:cs="Times New Roman"/>
          <w:sz w:val="24"/>
          <w:szCs w:val="24"/>
        </w:rPr>
      </w:pPr>
      <w:r w:rsidRPr="00D70AC8">
        <w:rPr>
          <w:rFonts w:ascii="Times New Roman" w:hAnsi="Times New Roman" w:cs="Times New Roman"/>
          <w:noProof/>
          <w:sz w:val="24"/>
          <w:szCs w:val="24"/>
          <w:lang w:val="tr-TR" w:eastAsia="tr-TR"/>
        </w:rPr>
        <w:drawing>
          <wp:inline distT="0" distB="0" distL="0" distR="0" wp14:anchorId="10DDED26" wp14:editId="2CDF87B9">
            <wp:extent cx="4114800" cy="4114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_9.png"/>
                    <pic:cNvPicPr/>
                  </pic:nvPicPr>
                  <pic:blipFill>
                    <a:blip r:embed="rId15"/>
                    <a:stretch>
                      <a:fillRect/>
                    </a:stretch>
                  </pic:blipFill>
                  <pic:spPr>
                    <a:xfrm>
                      <a:off x="0" y="0"/>
                      <a:ext cx="4114800" cy="4114800"/>
                    </a:xfrm>
                    <a:prstGeom prst="rect">
                      <a:avLst/>
                    </a:prstGeom>
                  </pic:spPr>
                </pic:pic>
              </a:graphicData>
            </a:graphic>
          </wp:inline>
        </w:drawing>
      </w:r>
    </w:p>
    <w:p w14:paraId="29F8AD05" w14:textId="77777777" w:rsidR="00D70AC8" w:rsidRPr="00D70AC8" w:rsidRDefault="00D70AC8">
      <w:pPr>
        <w:pStyle w:val="Balk1"/>
        <w:rPr>
          <w:rFonts w:ascii="Times New Roman" w:hAnsi="Times New Roman" w:cs="Times New Roman"/>
          <w:sz w:val="24"/>
          <w:szCs w:val="24"/>
        </w:rPr>
        <w:sectPr w:rsidR="00D70AC8" w:rsidRPr="00D70AC8" w:rsidSect="00034616">
          <w:pgSz w:w="12240" w:h="15840"/>
          <w:pgMar w:top="1440" w:right="1800" w:bottom="1440" w:left="1800" w:header="720" w:footer="720" w:gutter="0"/>
          <w:cols w:space="720"/>
          <w:docGrid w:linePitch="360"/>
        </w:sectPr>
      </w:pPr>
    </w:p>
    <w:p w14:paraId="3AD0607B" w14:textId="3A95EC50" w:rsidR="00CF246F" w:rsidRPr="0058047E" w:rsidRDefault="009F4353" w:rsidP="0058047E">
      <w:pPr>
        <w:pStyle w:val="Balk1"/>
        <w:spacing w:after="240"/>
        <w:rPr>
          <w:rFonts w:ascii="Times New Roman" w:hAnsi="Times New Roman" w:cs="Times New Roman"/>
          <w:color w:val="auto"/>
          <w:sz w:val="24"/>
          <w:szCs w:val="24"/>
        </w:rPr>
      </w:pPr>
      <w:r w:rsidRPr="0058047E">
        <w:rPr>
          <w:rFonts w:ascii="Segoe UI Emoji" w:hAnsi="Segoe UI Emoji" w:cs="Segoe UI Emoji"/>
          <w:color w:val="auto"/>
          <w:sz w:val="24"/>
          <w:szCs w:val="24"/>
        </w:rPr>
        <w:lastRenderedPageBreak/>
        <w:t>🎯</w:t>
      </w:r>
      <w:r w:rsidR="0058047E" w:rsidRPr="0058047E">
        <w:rPr>
          <w:rFonts w:ascii="Times New Roman" w:hAnsi="Times New Roman" w:cs="Times New Roman"/>
          <w:color w:val="auto"/>
          <w:sz w:val="24"/>
          <w:szCs w:val="24"/>
        </w:rPr>
        <w:t>10.</w:t>
      </w:r>
      <w:r w:rsidRPr="0058047E">
        <w:rPr>
          <w:rFonts w:ascii="Times New Roman" w:hAnsi="Times New Roman" w:cs="Times New Roman"/>
          <w:color w:val="auto"/>
          <w:sz w:val="24"/>
          <w:szCs w:val="24"/>
        </w:rPr>
        <w:t xml:space="preserve"> </w:t>
      </w:r>
      <w:proofErr w:type="spellStart"/>
      <w:r w:rsidRPr="0058047E">
        <w:rPr>
          <w:rFonts w:ascii="Times New Roman" w:hAnsi="Times New Roman" w:cs="Times New Roman"/>
          <w:color w:val="auto"/>
          <w:sz w:val="24"/>
          <w:szCs w:val="24"/>
        </w:rPr>
        <w:t>Hizmet</w:t>
      </w:r>
      <w:proofErr w:type="spellEnd"/>
      <w:r w:rsidRPr="0058047E">
        <w:rPr>
          <w:rFonts w:ascii="Times New Roman" w:hAnsi="Times New Roman" w:cs="Times New Roman"/>
          <w:color w:val="auto"/>
          <w:sz w:val="24"/>
          <w:szCs w:val="24"/>
        </w:rPr>
        <w:t xml:space="preserve"> </w:t>
      </w:r>
      <w:proofErr w:type="spellStart"/>
      <w:r w:rsidRPr="0058047E">
        <w:rPr>
          <w:rFonts w:ascii="Times New Roman" w:hAnsi="Times New Roman" w:cs="Times New Roman"/>
          <w:color w:val="auto"/>
          <w:sz w:val="24"/>
          <w:szCs w:val="24"/>
        </w:rPr>
        <w:t>İçi</w:t>
      </w:r>
      <w:proofErr w:type="spellEnd"/>
      <w:r w:rsidRPr="0058047E">
        <w:rPr>
          <w:rFonts w:ascii="Times New Roman" w:hAnsi="Times New Roman" w:cs="Times New Roman"/>
          <w:color w:val="auto"/>
          <w:sz w:val="24"/>
          <w:szCs w:val="24"/>
        </w:rPr>
        <w:t xml:space="preserve"> </w:t>
      </w:r>
      <w:proofErr w:type="spellStart"/>
      <w:r w:rsidRPr="0058047E">
        <w:rPr>
          <w:rFonts w:ascii="Times New Roman" w:hAnsi="Times New Roman" w:cs="Times New Roman"/>
          <w:color w:val="auto"/>
          <w:sz w:val="24"/>
          <w:szCs w:val="24"/>
        </w:rPr>
        <w:t>Eğitim</w:t>
      </w:r>
      <w:proofErr w:type="spellEnd"/>
      <w:r w:rsidRPr="0058047E">
        <w:rPr>
          <w:rFonts w:ascii="Times New Roman" w:hAnsi="Times New Roman" w:cs="Times New Roman"/>
          <w:color w:val="auto"/>
          <w:sz w:val="24"/>
          <w:szCs w:val="24"/>
        </w:rPr>
        <w:t xml:space="preserve"> </w:t>
      </w:r>
      <w:proofErr w:type="spellStart"/>
      <w:r w:rsidRPr="0058047E">
        <w:rPr>
          <w:rFonts w:ascii="Times New Roman" w:hAnsi="Times New Roman" w:cs="Times New Roman"/>
          <w:color w:val="auto"/>
          <w:sz w:val="24"/>
          <w:szCs w:val="24"/>
        </w:rPr>
        <w:t>İmkanları</w:t>
      </w:r>
      <w:proofErr w:type="spellEnd"/>
    </w:p>
    <w:p w14:paraId="67122B38" w14:textId="77777777" w:rsidR="00CF246F" w:rsidRPr="00D70AC8" w:rsidRDefault="009F4353" w:rsidP="0058047E">
      <w:pPr>
        <w:spacing w:after="240"/>
        <w:rPr>
          <w:rFonts w:ascii="Times New Roman" w:hAnsi="Times New Roman" w:cs="Times New Roman"/>
          <w:sz w:val="24"/>
          <w:szCs w:val="24"/>
        </w:rPr>
      </w:pPr>
      <w:r w:rsidRPr="0058047E">
        <w:rPr>
          <w:rFonts w:ascii="Times New Roman" w:hAnsi="Times New Roman" w:cs="Times New Roman"/>
          <w:b/>
          <w:bCs/>
          <w:sz w:val="24"/>
          <w:szCs w:val="24"/>
        </w:rPr>
        <w:t>Soru:</w:t>
      </w:r>
      <w:r w:rsidRPr="00D70AC8">
        <w:rPr>
          <w:rFonts w:ascii="Times New Roman" w:hAnsi="Times New Roman" w:cs="Times New Roman"/>
          <w:sz w:val="24"/>
          <w:szCs w:val="24"/>
        </w:rPr>
        <w:br/>
        <w:t xml:space="preserve">Mesleki gelişimim için </w:t>
      </w:r>
      <w:r w:rsidRPr="00D70AC8">
        <w:rPr>
          <w:rFonts w:ascii="Times New Roman" w:hAnsi="Times New Roman" w:cs="Times New Roman"/>
          <w:sz w:val="24"/>
          <w:szCs w:val="24"/>
        </w:rPr>
        <w:t>hizmet içi eğitim fırsatları sunulmaktadır.</w:t>
      </w:r>
    </w:p>
    <w:p w14:paraId="3F10E9B2" w14:textId="63F0B847" w:rsidR="00CF246F" w:rsidRPr="00D70AC8" w:rsidRDefault="009F4353">
      <w:pPr>
        <w:rPr>
          <w:rFonts w:ascii="Times New Roman" w:hAnsi="Times New Roman" w:cs="Times New Roman"/>
          <w:sz w:val="24"/>
          <w:szCs w:val="24"/>
        </w:rPr>
      </w:pPr>
      <w:r w:rsidRPr="00D70AC8">
        <w:rPr>
          <w:rFonts w:ascii="Times New Roman" w:hAnsi="Times New Roman" w:cs="Times New Roman"/>
          <w:sz w:val="24"/>
          <w:szCs w:val="24"/>
        </w:rPr>
        <w:br/>
        <w:t>Bu alanda memnuniyet ortalamasının diğer başlıklara göre daha düşük olduğu gözlenmektedir.</w:t>
      </w:r>
    </w:p>
    <w:p w14:paraId="06E23027" w14:textId="77777777" w:rsidR="00CF246F" w:rsidRPr="00D70AC8" w:rsidRDefault="009F4353">
      <w:pPr>
        <w:rPr>
          <w:rFonts w:ascii="Times New Roman" w:hAnsi="Times New Roman" w:cs="Times New Roman"/>
          <w:sz w:val="24"/>
          <w:szCs w:val="24"/>
        </w:rPr>
      </w:pPr>
      <w:r w:rsidRPr="00D70AC8">
        <w:rPr>
          <w:rFonts w:ascii="Times New Roman" w:hAnsi="Times New Roman" w:cs="Times New Roman"/>
          <w:noProof/>
          <w:sz w:val="24"/>
          <w:szCs w:val="24"/>
          <w:lang w:val="tr-TR" w:eastAsia="tr-TR"/>
        </w:rPr>
        <w:drawing>
          <wp:inline distT="0" distB="0" distL="0" distR="0" wp14:anchorId="16669189" wp14:editId="77E9F9A0">
            <wp:extent cx="4114800" cy="4114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_10.png"/>
                    <pic:cNvPicPr/>
                  </pic:nvPicPr>
                  <pic:blipFill>
                    <a:blip r:embed="rId16"/>
                    <a:stretch>
                      <a:fillRect/>
                    </a:stretch>
                  </pic:blipFill>
                  <pic:spPr>
                    <a:xfrm>
                      <a:off x="0" y="0"/>
                      <a:ext cx="4114800" cy="4114800"/>
                    </a:xfrm>
                    <a:prstGeom prst="rect">
                      <a:avLst/>
                    </a:prstGeom>
                  </pic:spPr>
                </pic:pic>
              </a:graphicData>
            </a:graphic>
          </wp:inline>
        </w:drawing>
      </w:r>
    </w:p>
    <w:p w14:paraId="44126E29" w14:textId="77777777" w:rsidR="00D70AC8" w:rsidRPr="00D70AC8" w:rsidRDefault="00D70AC8">
      <w:pPr>
        <w:pStyle w:val="Balk1"/>
        <w:rPr>
          <w:rFonts w:ascii="Times New Roman" w:hAnsi="Times New Roman" w:cs="Times New Roman"/>
          <w:sz w:val="24"/>
          <w:szCs w:val="24"/>
        </w:rPr>
        <w:sectPr w:rsidR="00D70AC8" w:rsidRPr="00D70AC8" w:rsidSect="00034616">
          <w:pgSz w:w="12240" w:h="15840"/>
          <w:pgMar w:top="1440" w:right="1800" w:bottom="1440" w:left="1800" w:header="720" w:footer="720" w:gutter="0"/>
          <w:cols w:space="720"/>
          <w:docGrid w:linePitch="360"/>
        </w:sectPr>
      </w:pPr>
    </w:p>
    <w:p w14:paraId="2E5DFD85" w14:textId="7BDEA1F0" w:rsidR="00CF246F" w:rsidRPr="0058047E" w:rsidRDefault="009F4353" w:rsidP="0058047E">
      <w:pPr>
        <w:pStyle w:val="Balk1"/>
        <w:spacing w:before="0" w:after="240"/>
        <w:rPr>
          <w:rFonts w:ascii="Times New Roman" w:hAnsi="Times New Roman" w:cs="Times New Roman"/>
          <w:color w:val="auto"/>
          <w:sz w:val="24"/>
          <w:szCs w:val="24"/>
        </w:rPr>
      </w:pPr>
      <w:r w:rsidRPr="0058047E">
        <w:rPr>
          <w:rFonts w:ascii="Segoe UI Emoji" w:hAnsi="Segoe UI Emoji" w:cs="Segoe UI Emoji"/>
          <w:color w:val="auto"/>
          <w:sz w:val="24"/>
          <w:szCs w:val="24"/>
        </w:rPr>
        <w:lastRenderedPageBreak/>
        <w:t>🎯</w:t>
      </w:r>
      <w:r w:rsidRPr="0058047E">
        <w:rPr>
          <w:rFonts w:ascii="Times New Roman" w:hAnsi="Times New Roman" w:cs="Times New Roman"/>
          <w:color w:val="auto"/>
          <w:sz w:val="24"/>
          <w:szCs w:val="24"/>
        </w:rPr>
        <w:t xml:space="preserve"> </w:t>
      </w:r>
      <w:r w:rsidR="0058047E" w:rsidRPr="0058047E">
        <w:rPr>
          <w:rFonts w:ascii="Times New Roman" w:hAnsi="Times New Roman" w:cs="Times New Roman"/>
          <w:color w:val="auto"/>
          <w:sz w:val="24"/>
          <w:szCs w:val="24"/>
        </w:rPr>
        <w:t xml:space="preserve">11. </w:t>
      </w:r>
      <w:r w:rsidRPr="0058047E">
        <w:rPr>
          <w:rFonts w:ascii="Times New Roman" w:hAnsi="Times New Roman" w:cs="Times New Roman"/>
          <w:color w:val="auto"/>
          <w:sz w:val="24"/>
          <w:szCs w:val="24"/>
        </w:rPr>
        <w:t>Eğitim Erişimi</w:t>
      </w:r>
    </w:p>
    <w:p w14:paraId="66D39761" w14:textId="77777777" w:rsidR="00CF246F" w:rsidRPr="00D70AC8" w:rsidRDefault="009F4353" w:rsidP="0058047E">
      <w:pPr>
        <w:spacing w:after="240"/>
        <w:rPr>
          <w:rFonts w:ascii="Times New Roman" w:hAnsi="Times New Roman" w:cs="Times New Roman"/>
          <w:sz w:val="24"/>
          <w:szCs w:val="24"/>
        </w:rPr>
      </w:pPr>
      <w:r w:rsidRPr="0058047E">
        <w:rPr>
          <w:rFonts w:ascii="Times New Roman" w:hAnsi="Times New Roman" w:cs="Times New Roman"/>
          <w:b/>
          <w:bCs/>
          <w:sz w:val="24"/>
          <w:szCs w:val="24"/>
        </w:rPr>
        <w:t>Soru:</w:t>
      </w:r>
      <w:r w:rsidRPr="00D70AC8">
        <w:rPr>
          <w:rFonts w:ascii="Times New Roman" w:hAnsi="Times New Roman" w:cs="Times New Roman"/>
          <w:sz w:val="24"/>
          <w:szCs w:val="24"/>
        </w:rPr>
        <w:br/>
        <w:t xml:space="preserve">Görevimi daha iyi yapmamı sağlayacak eğitimlere erişimim </w:t>
      </w:r>
      <w:r w:rsidRPr="00D70AC8">
        <w:rPr>
          <w:rFonts w:ascii="Times New Roman" w:hAnsi="Times New Roman" w:cs="Times New Roman"/>
          <w:sz w:val="24"/>
          <w:szCs w:val="24"/>
        </w:rPr>
        <w:t>bulunmaktadır.</w:t>
      </w:r>
    </w:p>
    <w:p w14:paraId="5E6349B1" w14:textId="3AF90002" w:rsidR="00CF246F" w:rsidRPr="00D70AC8" w:rsidRDefault="009F4353">
      <w:pPr>
        <w:rPr>
          <w:rFonts w:ascii="Times New Roman" w:hAnsi="Times New Roman" w:cs="Times New Roman"/>
          <w:sz w:val="24"/>
          <w:szCs w:val="24"/>
        </w:rPr>
      </w:pPr>
      <w:r w:rsidRPr="00D70AC8">
        <w:rPr>
          <w:rFonts w:ascii="Times New Roman" w:hAnsi="Times New Roman" w:cs="Times New Roman"/>
          <w:sz w:val="24"/>
          <w:szCs w:val="24"/>
        </w:rPr>
        <w:br/>
        <w:t>Bu alanda da memnuniyet düzeyleri daha orta seviyede seyretmektedir.</w:t>
      </w:r>
    </w:p>
    <w:p w14:paraId="220EE2E5" w14:textId="77777777" w:rsidR="00CF246F" w:rsidRPr="00D70AC8" w:rsidRDefault="009F4353">
      <w:pPr>
        <w:rPr>
          <w:rFonts w:ascii="Times New Roman" w:hAnsi="Times New Roman" w:cs="Times New Roman"/>
          <w:sz w:val="24"/>
          <w:szCs w:val="24"/>
        </w:rPr>
      </w:pPr>
      <w:r w:rsidRPr="00D70AC8">
        <w:rPr>
          <w:rFonts w:ascii="Times New Roman" w:hAnsi="Times New Roman" w:cs="Times New Roman"/>
          <w:noProof/>
          <w:sz w:val="24"/>
          <w:szCs w:val="24"/>
          <w:lang w:val="tr-TR" w:eastAsia="tr-TR"/>
        </w:rPr>
        <w:drawing>
          <wp:inline distT="0" distB="0" distL="0" distR="0" wp14:anchorId="661A6C8E" wp14:editId="1EC36020">
            <wp:extent cx="4114800" cy="4114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_11.png"/>
                    <pic:cNvPicPr/>
                  </pic:nvPicPr>
                  <pic:blipFill>
                    <a:blip r:embed="rId17"/>
                    <a:stretch>
                      <a:fillRect/>
                    </a:stretch>
                  </pic:blipFill>
                  <pic:spPr>
                    <a:xfrm>
                      <a:off x="0" y="0"/>
                      <a:ext cx="4114800" cy="4114800"/>
                    </a:xfrm>
                    <a:prstGeom prst="rect">
                      <a:avLst/>
                    </a:prstGeom>
                  </pic:spPr>
                </pic:pic>
              </a:graphicData>
            </a:graphic>
          </wp:inline>
        </w:drawing>
      </w:r>
    </w:p>
    <w:p w14:paraId="1218F077" w14:textId="77777777" w:rsidR="00D70AC8" w:rsidRPr="00D70AC8" w:rsidRDefault="00D70AC8">
      <w:pPr>
        <w:pStyle w:val="Balk1"/>
        <w:rPr>
          <w:rFonts w:ascii="Times New Roman" w:hAnsi="Times New Roman" w:cs="Times New Roman"/>
          <w:sz w:val="24"/>
          <w:szCs w:val="24"/>
        </w:rPr>
        <w:sectPr w:rsidR="00D70AC8" w:rsidRPr="00D70AC8" w:rsidSect="00034616">
          <w:pgSz w:w="12240" w:h="15840"/>
          <w:pgMar w:top="1440" w:right="1800" w:bottom="1440" w:left="1800" w:header="720" w:footer="720" w:gutter="0"/>
          <w:cols w:space="720"/>
          <w:docGrid w:linePitch="360"/>
        </w:sectPr>
      </w:pPr>
    </w:p>
    <w:p w14:paraId="6F2B2030" w14:textId="647ECB0B" w:rsidR="0058047E" w:rsidRPr="0058047E" w:rsidRDefault="009F4353" w:rsidP="0058047E">
      <w:pPr>
        <w:pStyle w:val="Balk1"/>
        <w:spacing w:after="240"/>
        <w:rPr>
          <w:rFonts w:ascii="Times New Roman" w:hAnsi="Times New Roman" w:cs="Times New Roman"/>
          <w:color w:val="auto"/>
          <w:sz w:val="24"/>
          <w:szCs w:val="24"/>
        </w:rPr>
      </w:pPr>
      <w:r w:rsidRPr="0058047E">
        <w:rPr>
          <w:rFonts w:ascii="Segoe UI Emoji" w:hAnsi="Segoe UI Emoji" w:cs="Segoe UI Emoji"/>
          <w:color w:val="auto"/>
          <w:sz w:val="24"/>
          <w:szCs w:val="24"/>
        </w:rPr>
        <w:lastRenderedPageBreak/>
        <w:t>🎯</w:t>
      </w:r>
      <w:r w:rsidRPr="0058047E">
        <w:rPr>
          <w:rFonts w:ascii="Times New Roman" w:hAnsi="Times New Roman" w:cs="Times New Roman"/>
          <w:color w:val="auto"/>
          <w:sz w:val="24"/>
          <w:szCs w:val="24"/>
        </w:rPr>
        <w:t xml:space="preserve"> </w:t>
      </w:r>
      <w:r w:rsidR="0058047E" w:rsidRPr="0058047E">
        <w:rPr>
          <w:rFonts w:ascii="Times New Roman" w:hAnsi="Times New Roman" w:cs="Times New Roman"/>
          <w:color w:val="auto"/>
          <w:sz w:val="24"/>
          <w:szCs w:val="24"/>
        </w:rPr>
        <w:t xml:space="preserve">12. </w:t>
      </w:r>
      <w:proofErr w:type="spellStart"/>
      <w:r w:rsidRPr="0058047E">
        <w:rPr>
          <w:rFonts w:ascii="Times New Roman" w:hAnsi="Times New Roman" w:cs="Times New Roman"/>
          <w:color w:val="auto"/>
          <w:sz w:val="24"/>
          <w:szCs w:val="24"/>
        </w:rPr>
        <w:t>Genel</w:t>
      </w:r>
      <w:proofErr w:type="spellEnd"/>
      <w:r w:rsidRPr="0058047E">
        <w:rPr>
          <w:rFonts w:ascii="Times New Roman" w:hAnsi="Times New Roman" w:cs="Times New Roman"/>
          <w:color w:val="auto"/>
          <w:sz w:val="24"/>
          <w:szCs w:val="24"/>
        </w:rPr>
        <w:t xml:space="preserve"> </w:t>
      </w:r>
      <w:proofErr w:type="spellStart"/>
      <w:r w:rsidRPr="0058047E">
        <w:rPr>
          <w:rFonts w:ascii="Times New Roman" w:hAnsi="Times New Roman" w:cs="Times New Roman"/>
          <w:color w:val="auto"/>
          <w:sz w:val="24"/>
          <w:szCs w:val="24"/>
        </w:rPr>
        <w:t>Görev</w:t>
      </w:r>
      <w:proofErr w:type="spellEnd"/>
      <w:r w:rsidRPr="0058047E">
        <w:rPr>
          <w:rFonts w:ascii="Times New Roman" w:hAnsi="Times New Roman" w:cs="Times New Roman"/>
          <w:color w:val="auto"/>
          <w:sz w:val="24"/>
          <w:szCs w:val="24"/>
        </w:rPr>
        <w:t xml:space="preserve"> </w:t>
      </w:r>
      <w:proofErr w:type="spellStart"/>
      <w:r w:rsidRPr="0058047E">
        <w:rPr>
          <w:rFonts w:ascii="Times New Roman" w:hAnsi="Times New Roman" w:cs="Times New Roman"/>
          <w:color w:val="auto"/>
          <w:sz w:val="24"/>
          <w:szCs w:val="24"/>
        </w:rPr>
        <w:t>Memnuniyeti</w:t>
      </w:r>
      <w:proofErr w:type="spellEnd"/>
    </w:p>
    <w:p w14:paraId="504DA16B" w14:textId="77777777" w:rsidR="00CF246F" w:rsidRPr="00D70AC8" w:rsidRDefault="009F4353" w:rsidP="0058047E">
      <w:pPr>
        <w:spacing w:after="240"/>
        <w:rPr>
          <w:rFonts w:ascii="Times New Roman" w:hAnsi="Times New Roman" w:cs="Times New Roman"/>
          <w:sz w:val="24"/>
          <w:szCs w:val="24"/>
        </w:rPr>
      </w:pPr>
      <w:r w:rsidRPr="0058047E">
        <w:rPr>
          <w:rFonts w:ascii="Times New Roman" w:hAnsi="Times New Roman" w:cs="Times New Roman"/>
          <w:b/>
          <w:bCs/>
          <w:sz w:val="24"/>
          <w:szCs w:val="24"/>
        </w:rPr>
        <w:t>Soru:</w:t>
      </w:r>
      <w:r w:rsidRPr="00D70AC8">
        <w:rPr>
          <w:rFonts w:ascii="Times New Roman" w:hAnsi="Times New Roman" w:cs="Times New Roman"/>
          <w:sz w:val="24"/>
          <w:szCs w:val="24"/>
        </w:rPr>
        <w:br/>
        <w:t>Sağlık Bilimleri Enstitüsü'nde çalışmaktan memnunum.</w:t>
      </w:r>
    </w:p>
    <w:p w14:paraId="4D366F38" w14:textId="59FA9583" w:rsidR="00CF246F" w:rsidRPr="00D70AC8" w:rsidRDefault="009F4353">
      <w:pPr>
        <w:rPr>
          <w:rFonts w:ascii="Times New Roman" w:hAnsi="Times New Roman" w:cs="Times New Roman"/>
          <w:sz w:val="24"/>
          <w:szCs w:val="24"/>
        </w:rPr>
      </w:pPr>
      <w:r w:rsidRPr="00D70AC8">
        <w:rPr>
          <w:rFonts w:ascii="Times New Roman" w:hAnsi="Times New Roman" w:cs="Times New Roman"/>
          <w:sz w:val="24"/>
          <w:szCs w:val="24"/>
        </w:rPr>
        <w:br/>
        <w:t>Katılımcıların çoğu genel memnuniyet bildirmiştir.</w:t>
      </w:r>
    </w:p>
    <w:p w14:paraId="3C55A005" w14:textId="77777777" w:rsidR="00CF246F" w:rsidRPr="00D70AC8" w:rsidRDefault="009F4353">
      <w:pPr>
        <w:rPr>
          <w:rFonts w:ascii="Times New Roman" w:hAnsi="Times New Roman" w:cs="Times New Roman"/>
          <w:sz w:val="24"/>
          <w:szCs w:val="24"/>
        </w:rPr>
      </w:pPr>
      <w:r w:rsidRPr="00D70AC8">
        <w:rPr>
          <w:rFonts w:ascii="Times New Roman" w:hAnsi="Times New Roman" w:cs="Times New Roman"/>
          <w:noProof/>
          <w:sz w:val="24"/>
          <w:szCs w:val="24"/>
          <w:lang w:val="tr-TR" w:eastAsia="tr-TR"/>
        </w:rPr>
        <w:drawing>
          <wp:inline distT="0" distB="0" distL="0" distR="0" wp14:anchorId="484B6B9D" wp14:editId="106C4486">
            <wp:extent cx="4114800" cy="41148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_12.png"/>
                    <pic:cNvPicPr/>
                  </pic:nvPicPr>
                  <pic:blipFill>
                    <a:blip r:embed="rId18"/>
                    <a:stretch>
                      <a:fillRect/>
                    </a:stretch>
                  </pic:blipFill>
                  <pic:spPr>
                    <a:xfrm>
                      <a:off x="0" y="0"/>
                      <a:ext cx="4114800" cy="4114800"/>
                    </a:xfrm>
                    <a:prstGeom prst="rect">
                      <a:avLst/>
                    </a:prstGeom>
                  </pic:spPr>
                </pic:pic>
              </a:graphicData>
            </a:graphic>
          </wp:inline>
        </w:drawing>
      </w:r>
    </w:p>
    <w:p w14:paraId="61CDC957" w14:textId="77777777" w:rsidR="00D70AC8" w:rsidRPr="00D70AC8" w:rsidRDefault="00D70AC8">
      <w:pPr>
        <w:pStyle w:val="Balk1"/>
        <w:rPr>
          <w:rFonts w:ascii="Times New Roman" w:hAnsi="Times New Roman" w:cs="Times New Roman"/>
          <w:sz w:val="24"/>
          <w:szCs w:val="24"/>
        </w:rPr>
        <w:sectPr w:rsidR="00D70AC8" w:rsidRPr="00D70AC8" w:rsidSect="00034616">
          <w:pgSz w:w="12240" w:h="15840"/>
          <w:pgMar w:top="1440" w:right="1800" w:bottom="1440" w:left="1800" w:header="720" w:footer="720" w:gutter="0"/>
          <w:cols w:space="720"/>
          <w:docGrid w:linePitch="360"/>
        </w:sectPr>
      </w:pPr>
    </w:p>
    <w:p w14:paraId="3BE8B024" w14:textId="5F2E5F05" w:rsidR="00CF246F" w:rsidRPr="0058047E" w:rsidRDefault="009F4353" w:rsidP="0058047E">
      <w:pPr>
        <w:pStyle w:val="Balk1"/>
        <w:spacing w:after="240"/>
        <w:rPr>
          <w:rFonts w:ascii="Times New Roman" w:hAnsi="Times New Roman" w:cs="Times New Roman"/>
          <w:color w:val="auto"/>
          <w:sz w:val="24"/>
          <w:szCs w:val="24"/>
        </w:rPr>
      </w:pPr>
      <w:bookmarkStart w:id="1" w:name="_Hlk202442934"/>
      <w:r w:rsidRPr="0058047E">
        <w:rPr>
          <w:rFonts w:ascii="Segoe UI Emoji" w:hAnsi="Segoe UI Emoji" w:cs="Segoe UI Emoji"/>
          <w:color w:val="auto"/>
          <w:sz w:val="24"/>
          <w:szCs w:val="24"/>
        </w:rPr>
        <w:lastRenderedPageBreak/>
        <w:t>🎯</w:t>
      </w:r>
      <w:bookmarkEnd w:id="1"/>
      <w:r w:rsidRPr="0058047E">
        <w:rPr>
          <w:rFonts w:ascii="Times New Roman" w:hAnsi="Times New Roman" w:cs="Times New Roman"/>
          <w:color w:val="auto"/>
          <w:sz w:val="24"/>
          <w:szCs w:val="24"/>
        </w:rPr>
        <w:t xml:space="preserve"> </w:t>
      </w:r>
      <w:r w:rsidR="0058047E" w:rsidRPr="0058047E">
        <w:rPr>
          <w:rFonts w:ascii="Times New Roman" w:hAnsi="Times New Roman" w:cs="Times New Roman"/>
          <w:color w:val="auto"/>
          <w:sz w:val="24"/>
          <w:szCs w:val="24"/>
        </w:rPr>
        <w:t xml:space="preserve">13. </w:t>
      </w:r>
      <w:proofErr w:type="spellStart"/>
      <w:r w:rsidRPr="0058047E">
        <w:rPr>
          <w:rFonts w:ascii="Times New Roman" w:hAnsi="Times New Roman" w:cs="Times New Roman"/>
          <w:color w:val="auto"/>
          <w:sz w:val="24"/>
          <w:szCs w:val="24"/>
        </w:rPr>
        <w:t>Çalışma</w:t>
      </w:r>
      <w:proofErr w:type="spellEnd"/>
      <w:r w:rsidRPr="0058047E">
        <w:rPr>
          <w:rFonts w:ascii="Times New Roman" w:hAnsi="Times New Roman" w:cs="Times New Roman"/>
          <w:color w:val="auto"/>
          <w:sz w:val="24"/>
          <w:szCs w:val="24"/>
        </w:rPr>
        <w:t xml:space="preserve"> </w:t>
      </w:r>
      <w:proofErr w:type="spellStart"/>
      <w:r w:rsidRPr="0058047E">
        <w:rPr>
          <w:rFonts w:ascii="Times New Roman" w:hAnsi="Times New Roman" w:cs="Times New Roman"/>
          <w:color w:val="auto"/>
          <w:sz w:val="24"/>
          <w:szCs w:val="24"/>
        </w:rPr>
        <w:t>Ortamının</w:t>
      </w:r>
      <w:proofErr w:type="spellEnd"/>
      <w:r w:rsidRPr="0058047E">
        <w:rPr>
          <w:rFonts w:ascii="Times New Roman" w:hAnsi="Times New Roman" w:cs="Times New Roman"/>
          <w:color w:val="auto"/>
          <w:sz w:val="24"/>
          <w:szCs w:val="24"/>
        </w:rPr>
        <w:t xml:space="preserve"> </w:t>
      </w:r>
      <w:proofErr w:type="spellStart"/>
      <w:r w:rsidRPr="0058047E">
        <w:rPr>
          <w:rFonts w:ascii="Times New Roman" w:hAnsi="Times New Roman" w:cs="Times New Roman"/>
          <w:color w:val="auto"/>
          <w:sz w:val="24"/>
          <w:szCs w:val="24"/>
        </w:rPr>
        <w:t>Tatmin</w:t>
      </w:r>
      <w:proofErr w:type="spellEnd"/>
      <w:r w:rsidRPr="0058047E">
        <w:rPr>
          <w:rFonts w:ascii="Times New Roman" w:hAnsi="Times New Roman" w:cs="Times New Roman"/>
          <w:color w:val="auto"/>
          <w:sz w:val="24"/>
          <w:szCs w:val="24"/>
        </w:rPr>
        <w:t xml:space="preserve"> </w:t>
      </w:r>
      <w:proofErr w:type="spellStart"/>
      <w:r w:rsidRPr="0058047E">
        <w:rPr>
          <w:rFonts w:ascii="Times New Roman" w:hAnsi="Times New Roman" w:cs="Times New Roman"/>
          <w:color w:val="auto"/>
          <w:sz w:val="24"/>
          <w:szCs w:val="24"/>
        </w:rPr>
        <w:t>Ediciliği</w:t>
      </w:r>
      <w:proofErr w:type="spellEnd"/>
    </w:p>
    <w:p w14:paraId="68BA2420" w14:textId="77777777" w:rsidR="00CF246F" w:rsidRPr="00D70AC8" w:rsidRDefault="009F4353" w:rsidP="0058047E">
      <w:pPr>
        <w:spacing w:after="240"/>
        <w:rPr>
          <w:rFonts w:ascii="Times New Roman" w:hAnsi="Times New Roman" w:cs="Times New Roman"/>
          <w:sz w:val="24"/>
          <w:szCs w:val="24"/>
        </w:rPr>
      </w:pPr>
      <w:r w:rsidRPr="0058047E">
        <w:rPr>
          <w:rFonts w:ascii="Times New Roman" w:hAnsi="Times New Roman" w:cs="Times New Roman"/>
          <w:b/>
          <w:bCs/>
          <w:sz w:val="24"/>
          <w:szCs w:val="24"/>
        </w:rPr>
        <w:t>Soru:</w:t>
      </w:r>
      <w:r w:rsidRPr="00D70AC8">
        <w:rPr>
          <w:rFonts w:ascii="Times New Roman" w:hAnsi="Times New Roman" w:cs="Times New Roman"/>
          <w:sz w:val="24"/>
          <w:szCs w:val="24"/>
        </w:rPr>
        <w:br/>
        <w:t>Enstitüdeki çalışma ortamı genel olarak tatmin edicidir.</w:t>
      </w:r>
    </w:p>
    <w:p w14:paraId="4808D1AA" w14:textId="7C075897" w:rsidR="00CF246F" w:rsidRPr="00D70AC8" w:rsidRDefault="009F4353">
      <w:pPr>
        <w:rPr>
          <w:rFonts w:ascii="Times New Roman" w:hAnsi="Times New Roman" w:cs="Times New Roman"/>
          <w:sz w:val="24"/>
          <w:szCs w:val="24"/>
        </w:rPr>
      </w:pPr>
      <w:r w:rsidRPr="00D70AC8">
        <w:rPr>
          <w:rFonts w:ascii="Times New Roman" w:hAnsi="Times New Roman" w:cs="Times New Roman"/>
          <w:sz w:val="24"/>
          <w:szCs w:val="24"/>
        </w:rPr>
        <w:br/>
        <w:t>Yanıtlar dengeli bir memnuniyet düzeyi ortaya koymaktadır.</w:t>
      </w:r>
    </w:p>
    <w:p w14:paraId="15605222" w14:textId="77777777" w:rsidR="00CF246F" w:rsidRPr="00D70AC8" w:rsidRDefault="009F4353">
      <w:pPr>
        <w:rPr>
          <w:rFonts w:ascii="Times New Roman" w:hAnsi="Times New Roman" w:cs="Times New Roman"/>
          <w:sz w:val="24"/>
          <w:szCs w:val="24"/>
        </w:rPr>
      </w:pPr>
      <w:r w:rsidRPr="00D70AC8">
        <w:rPr>
          <w:rFonts w:ascii="Times New Roman" w:hAnsi="Times New Roman" w:cs="Times New Roman"/>
          <w:noProof/>
          <w:sz w:val="24"/>
          <w:szCs w:val="24"/>
          <w:lang w:val="tr-TR" w:eastAsia="tr-TR"/>
        </w:rPr>
        <w:drawing>
          <wp:inline distT="0" distB="0" distL="0" distR="0" wp14:anchorId="248D7E08" wp14:editId="6328B8F8">
            <wp:extent cx="4114800" cy="4114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_13.png"/>
                    <pic:cNvPicPr/>
                  </pic:nvPicPr>
                  <pic:blipFill>
                    <a:blip r:embed="rId19"/>
                    <a:stretch>
                      <a:fillRect/>
                    </a:stretch>
                  </pic:blipFill>
                  <pic:spPr>
                    <a:xfrm>
                      <a:off x="0" y="0"/>
                      <a:ext cx="4114800" cy="4114800"/>
                    </a:xfrm>
                    <a:prstGeom prst="rect">
                      <a:avLst/>
                    </a:prstGeom>
                  </pic:spPr>
                </pic:pic>
              </a:graphicData>
            </a:graphic>
          </wp:inline>
        </w:drawing>
      </w:r>
    </w:p>
    <w:p w14:paraId="2EB1ECB7" w14:textId="77777777" w:rsidR="00D70AC8" w:rsidRPr="00D70AC8" w:rsidRDefault="00D70AC8">
      <w:pPr>
        <w:pStyle w:val="Balk1"/>
        <w:rPr>
          <w:rFonts w:ascii="Times New Roman" w:hAnsi="Times New Roman" w:cs="Times New Roman"/>
          <w:sz w:val="24"/>
          <w:szCs w:val="24"/>
        </w:rPr>
        <w:sectPr w:rsidR="00D70AC8" w:rsidRPr="00D70AC8" w:rsidSect="00034616">
          <w:pgSz w:w="12240" w:h="15840"/>
          <w:pgMar w:top="1440" w:right="1800" w:bottom="1440" w:left="1800" w:header="720" w:footer="720" w:gutter="0"/>
          <w:cols w:space="720"/>
          <w:docGrid w:linePitch="360"/>
        </w:sectPr>
      </w:pPr>
    </w:p>
    <w:p w14:paraId="2B3BA0FE" w14:textId="17E45281" w:rsidR="00CF246F" w:rsidRPr="0058047E" w:rsidRDefault="0058047E">
      <w:pPr>
        <w:pStyle w:val="Balk1"/>
        <w:rPr>
          <w:rFonts w:ascii="Times New Roman" w:hAnsi="Times New Roman" w:cs="Times New Roman"/>
          <w:color w:val="auto"/>
          <w:sz w:val="24"/>
          <w:szCs w:val="24"/>
        </w:rPr>
      </w:pPr>
      <w:r w:rsidRPr="0058047E">
        <w:rPr>
          <w:rFonts w:ascii="Segoe UI Emoji" w:hAnsi="Segoe UI Emoji" w:cs="Segoe UI Emoji"/>
          <w:color w:val="auto"/>
          <w:sz w:val="24"/>
          <w:szCs w:val="24"/>
        </w:rPr>
        <w:lastRenderedPageBreak/>
        <w:t>🎯</w:t>
      </w:r>
      <w:r w:rsidRPr="0058047E">
        <w:rPr>
          <w:rFonts w:ascii="Times New Roman" w:hAnsi="Times New Roman" w:cs="Times New Roman"/>
          <w:color w:val="auto"/>
          <w:sz w:val="24"/>
          <w:szCs w:val="24"/>
        </w:rPr>
        <w:t xml:space="preserve"> 14. </w:t>
      </w:r>
      <w:proofErr w:type="spellStart"/>
      <w:r w:rsidRPr="0058047E">
        <w:rPr>
          <w:rFonts w:ascii="Times New Roman" w:hAnsi="Times New Roman" w:cs="Times New Roman"/>
          <w:color w:val="auto"/>
          <w:sz w:val="24"/>
          <w:szCs w:val="24"/>
        </w:rPr>
        <w:t>Açık</w:t>
      </w:r>
      <w:proofErr w:type="spellEnd"/>
      <w:r w:rsidRPr="0058047E">
        <w:rPr>
          <w:rFonts w:ascii="Times New Roman" w:hAnsi="Times New Roman" w:cs="Times New Roman"/>
          <w:color w:val="auto"/>
          <w:sz w:val="24"/>
          <w:szCs w:val="24"/>
        </w:rPr>
        <w:t xml:space="preserve"> </w:t>
      </w:r>
      <w:proofErr w:type="spellStart"/>
      <w:r w:rsidRPr="0058047E">
        <w:rPr>
          <w:rFonts w:ascii="Times New Roman" w:hAnsi="Times New Roman" w:cs="Times New Roman"/>
          <w:color w:val="auto"/>
          <w:sz w:val="24"/>
          <w:szCs w:val="24"/>
        </w:rPr>
        <w:t>Uçlu</w:t>
      </w:r>
      <w:proofErr w:type="spellEnd"/>
      <w:r w:rsidRPr="0058047E">
        <w:rPr>
          <w:rFonts w:ascii="Times New Roman" w:hAnsi="Times New Roman" w:cs="Times New Roman"/>
          <w:color w:val="auto"/>
          <w:sz w:val="24"/>
          <w:szCs w:val="24"/>
        </w:rPr>
        <w:t xml:space="preserve"> </w:t>
      </w:r>
      <w:proofErr w:type="spellStart"/>
      <w:r w:rsidRPr="0058047E">
        <w:rPr>
          <w:rFonts w:ascii="Times New Roman" w:hAnsi="Times New Roman" w:cs="Times New Roman"/>
          <w:color w:val="auto"/>
          <w:sz w:val="24"/>
          <w:szCs w:val="24"/>
        </w:rPr>
        <w:t>Görüş</w:t>
      </w:r>
      <w:proofErr w:type="spellEnd"/>
      <w:r w:rsidRPr="0058047E">
        <w:rPr>
          <w:rFonts w:ascii="Times New Roman" w:hAnsi="Times New Roman" w:cs="Times New Roman"/>
          <w:color w:val="auto"/>
          <w:sz w:val="24"/>
          <w:szCs w:val="24"/>
        </w:rPr>
        <w:t xml:space="preserve"> </w:t>
      </w:r>
      <w:proofErr w:type="spellStart"/>
      <w:r w:rsidRPr="0058047E">
        <w:rPr>
          <w:rFonts w:ascii="Times New Roman" w:hAnsi="Times New Roman" w:cs="Times New Roman"/>
          <w:color w:val="auto"/>
          <w:sz w:val="24"/>
          <w:szCs w:val="24"/>
        </w:rPr>
        <w:t>ve</w:t>
      </w:r>
      <w:proofErr w:type="spellEnd"/>
      <w:r w:rsidRPr="0058047E">
        <w:rPr>
          <w:rFonts w:ascii="Times New Roman" w:hAnsi="Times New Roman" w:cs="Times New Roman"/>
          <w:color w:val="auto"/>
          <w:sz w:val="24"/>
          <w:szCs w:val="24"/>
        </w:rPr>
        <w:t xml:space="preserve"> </w:t>
      </w:r>
      <w:proofErr w:type="spellStart"/>
      <w:r w:rsidRPr="0058047E">
        <w:rPr>
          <w:rFonts w:ascii="Times New Roman" w:hAnsi="Times New Roman" w:cs="Times New Roman"/>
          <w:color w:val="auto"/>
          <w:sz w:val="24"/>
          <w:szCs w:val="24"/>
        </w:rPr>
        <w:t>Önerilerin</w:t>
      </w:r>
      <w:proofErr w:type="spellEnd"/>
      <w:r w:rsidRPr="0058047E">
        <w:rPr>
          <w:rFonts w:ascii="Times New Roman" w:hAnsi="Times New Roman" w:cs="Times New Roman"/>
          <w:color w:val="auto"/>
          <w:sz w:val="24"/>
          <w:szCs w:val="24"/>
        </w:rPr>
        <w:t xml:space="preserve"> </w:t>
      </w:r>
      <w:proofErr w:type="spellStart"/>
      <w:r w:rsidRPr="0058047E">
        <w:rPr>
          <w:rFonts w:ascii="Times New Roman" w:hAnsi="Times New Roman" w:cs="Times New Roman"/>
          <w:color w:val="auto"/>
          <w:sz w:val="24"/>
          <w:szCs w:val="24"/>
        </w:rPr>
        <w:t>Değerlendirmesi</w:t>
      </w:r>
      <w:proofErr w:type="spellEnd"/>
    </w:p>
    <w:p w14:paraId="299C046B" w14:textId="77777777" w:rsidR="00CF246F" w:rsidRPr="00D70AC8" w:rsidRDefault="009F4353" w:rsidP="0058047E">
      <w:pPr>
        <w:jc w:val="both"/>
        <w:rPr>
          <w:rFonts w:ascii="Times New Roman" w:hAnsi="Times New Roman" w:cs="Times New Roman"/>
          <w:sz w:val="24"/>
          <w:szCs w:val="24"/>
        </w:rPr>
      </w:pPr>
      <w:r w:rsidRPr="00D70AC8">
        <w:rPr>
          <w:rFonts w:ascii="Times New Roman" w:hAnsi="Times New Roman" w:cs="Times New Roman"/>
          <w:sz w:val="24"/>
          <w:szCs w:val="24"/>
        </w:rPr>
        <w:t>Katılımcılardan biri çalışma alanlarının daha geniş ve verimli olması gerektiğini belirtmiştir. Bu ifade, fiziki çalışma koşullarının iyileştirilmesine yönelik bir ihtiyaç beyanı olarak değerlendirilmektedir.</w:t>
      </w:r>
    </w:p>
    <w:p w14:paraId="61625609" w14:textId="5260DA7A" w:rsidR="00CF246F" w:rsidRPr="00D70AC8" w:rsidRDefault="0058047E">
      <w:pPr>
        <w:pStyle w:val="Balk1"/>
        <w:rPr>
          <w:rFonts w:ascii="Times New Roman" w:hAnsi="Times New Roman" w:cs="Times New Roman"/>
          <w:sz w:val="24"/>
          <w:szCs w:val="24"/>
        </w:rPr>
      </w:pPr>
      <w:r w:rsidRPr="0058047E">
        <w:rPr>
          <w:rFonts w:ascii="Segoe UI Emoji" w:hAnsi="Segoe UI Emoji" w:cs="Segoe UI Emoji"/>
          <w:color w:val="auto"/>
          <w:sz w:val="24"/>
          <w:szCs w:val="24"/>
        </w:rPr>
        <w:t>🎯</w:t>
      </w:r>
      <w:r w:rsidRPr="00D70AC8">
        <w:rPr>
          <w:rFonts w:ascii="Times New Roman" w:hAnsi="Times New Roman" w:cs="Times New Roman"/>
          <w:sz w:val="24"/>
          <w:szCs w:val="24"/>
        </w:rPr>
        <w:t xml:space="preserve"> </w:t>
      </w:r>
      <w:proofErr w:type="spellStart"/>
      <w:r w:rsidRPr="0058047E">
        <w:rPr>
          <w:rFonts w:ascii="Times New Roman" w:hAnsi="Times New Roman" w:cs="Times New Roman"/>
          <w:color w:val="auto"/>
          <w:sz w:val="24"/>
          <w:szCs w:val="24"/>
        </w:rPr>
        <w:t>Genel</w:t>
      </w:r>
      <w:proofErr w:type="spellEnd"/>
      <w:r w:rsidRPr="0058047E">
        <w:rPr>
          <w:rFonts w:ascii="Times New Roman" w:hAnsi="Times New Roman" w:cs="Times New Roman"/>
          <w:color w:val="auto"/>
          <w:sz w:val="24"/>
          <w:szCs w:val="24"/>
        </w:rPr>
        <w:t xml:space="preserve"> </w:t>
      </w:r>
      <w:proofErr w:type="spellStart"/>
      <w:r w:rsidRPr="0058047E">
        <w:rPr>
          <w:rFonts w:ascii="Times New Roman" w:hAnsi="Times New Roman" w:cs="Times New Roman"/>
          <w:color w:val="auto"/>
          <w:sz w:val="24"/>
          <w:szCs w:val="24"/>
        </w:rPr>
        <w:t>Değerlendirme</w:t>
      </w:r>
      <w:proofErr w:type="spellEnd"/>
    </w:p>
    <w:p w14:paraId="148B76F5" w14:textId="77777777" w:rsidR="00CF246F" w:rsidRPr="00D70AC8" w:rsidRDefault="009F4353" w:rsidP="0058047E">
      <w:pPr>
        <w:jc w:val="both"/>
        <w:rPr>
          <w:rFonts w:ascii="Times New Roman" w:hAnsi="Times New Roman" w:cs="Times New Roman"/>
          <w:sz w:val="24"/>
          <w:szCs w:val="24"/>
        </w:rPr>
      </w:pPr>
      <w:r w:rsidRPr="00D70AC8">
        <w:rPr>
          <w:rFonts w:ascii="Times New Roman" w:hAnsi="Times New Roman" w:cs="Times New Roman"/>
          <w:sz w:val="24"/>
          <w:szCs w:val="24"/>
        </w:rPr>
        <w:t xml:space="preserve">Anket sonuçları </w:t>
      </w:r>
      <w:r w:rsidRPr="00D70AC8">
        <w:rPr>
          <w:rFonts w:ascii="Times New Roman" w:hAnsi="Times New Roman" w:cs="Times New Roman"/>
          <w:sz w:val="24"/>
          <w:szCs w:val="24"/>
        </w:rPr>
        <w:t>genel olarak görev tanımlarının netliği, iş birliği, yönetimle iletişim gibi konularda yüksek memnuniyet düzeyi ortaya koymuştur. Buna karşın hizmet içi eğitim ve fiziki çalışma koşulları gibi alanlarda geliştirme ihtiyacı olduğu gözlenmektedir.</w:t>
      </w:r>
    </w:p>
    <w:p w14:paraId="68AA5FC5" w14:textId="77777777" w:rsidR="0058047E" w:rsidRDefault="0058047E">
      <w:pPr>
        <w:rPr>
          <w:rFonts w:ascii="Times New Roman" w:hAnsi="Times New Roman" w:cs="Times New Roman"/>
          <w:sz w:val="24"/>
          <w:szCs w:val="24"/>
        </w:rPr>
        <w:sectPr w:rsidR="0058047E" w:rsidSect="00034616">
          <w:pgSz w:w="12240" w:h="15840"/>
          <w:pgMar w:top="1440" w:right="1800" w:bottom="1440" w:left="1800" w:header="720" w:footer="720" w:gutter="0"/>
          <w:cols w:space="720"/>
          <w:docGrid w:linePitch="360"/>
        </w:sectPr>
      </w:pPr>
    </w:p>
    <w:p w14:paraId="68A4F85B" w14:textId="77777777" w:rsidR="0058047E" w:rsidRPr="0058047E" w:rsidRDefault="0058047E" w:rsidP="0058047E">
      <w:pPr>
        <w:rPr>
          <w:rFonts w:ascii="Times New Roman" w:hAnsi="Times New Roman" w:cs="Times New Roman"/>
          <w:sz w:val="24"/>
          <w:szCs w:val="24"/>
          <w:lang w:val="tr-TR"/>
        </w:rPr>
      </w:pPr>
      <w:r w:rsidRPr="0058047E">
        <w:rPr>
          <w:rFonts w:ascii="Segoe UI Emoji" w:hAnsi="Segoe UI Emoji" w:cs="Segoe UI Emoji"/>
          <w:sz w:val="24"/>
          <w:szCs w:val="24"/>
          <w:lang w:val="tr-TR"/>
        </w:rPr>
        <w:lastRenderedPageBreak/>
        <w:t>📊</w:t>
      </w:r>
      <w:r w:rsidRPr="0058047E">
        <w:rPr>
          <w:rFonts w:ascii="Times New Roman" w:hAnsi="Times New Roman" w:cs="Times New Roman"/>
          <w:sz w:val="24"/>
          <w:szCs w:val="24"/>
          <w:lang w:val="tr-TR"/>
        </w:rPr>
        <w:t xml:space="preserve"> </w:t>
      </w:r>
      <w:r w:rsidRPr="0058047E">
        <w:rPr>
          <w:rFonts w:ascii="Times New Roman" w:hAnsi="Times New Roman" w:cs="Times New Roman"/>
          <w:b/>
          <w:bCs/>
          <w:sz w:val="24"/>
          <w:szCs w:val="24"/>
          <w:lang w:val="tr-TR"/>
        </w:rPr>
        <w:t>Genel Anket Değerlendirmesi</w:t>
      </w:r>
    </w:p>
    <w:p w14:paraId="1BD8A1B6" w14:textId="77777777" w:rsidR="0058047E" w:rsidRPr="0058047E" w:rsidRDefault="009F4353" w:rsidP="0058047E">
      <w:pPr>
        <w:rPr>
          <w:rFonts w:ascii="Times New Roman" w:hAnsi="Times New Roman" w:cs="Times New Roman"/>
          <w:sz w:val="24"/>
          <w:szCs w:val="24"/>
          <w:lang w:val="tr-TR"/>
        </w:rPr>
      </w:pPr>
      <w:r>
        <w:rPr>
          <w:rFonts w:ascii="Times New Roman" w:hAnsi="Times New Roman" w:cs="Times New Roman"/>
          <w:sz w:val="24"/>
          <w:szCs w:val="24"/>
          <w:lang w:val="tr-TR"/>
        </w:rPr>
        <w:pict w14:anchorId="3FF37A94">
          <v:rect id="_x0000_i1025" style="width:0;height:1.5pt" o:hralign="center" o:hrstd="t" o:hr="t" fillcolor="#a0a0a0" stroked="f"/>
        </w:pict>
      </w:r>
    </w:p>
    <w:p w14:paraId="60C0971C" w14:textId="77777777" w:rsidR="0058047E" w:rsidRPr="0058047E" w:rsidRDefault="0058047E" w:rsidP="0058047E">
      <w:pPr>
        <w:rPr>
          <w:rFonts w:ascii="Times New Roman" w:hAnsi="Times New Roman" w:cs="Times New Roman"/>
          <w:sz w:val="24"/>
          <w:szCs w:val="24"/>
          <w:lang w:val="tr-TR"/>
        </w:rPr>
      </w:pPr>
      <w:r w:rsidRPr="0058047E">
        <w:rPr>
          <w:rFonts w:ascii="Segoe UI Emoji" w:hAnsi="Segoe UI Emoji" w:cs="Segoe UI Emoji"/>
          <w:sz w:val="24"/>
          <w:szCs w:val="24"/>
          <w:lang w:val="tr-TR"/>
        </w:rPr>
        <w:t>✅</w:t>
      </w:r>
      <w:r w:rsidRPr="0058047E">
        <w:rPr>
          <w:rFonts w:ascii="Times New Roman" w:hAnsi="Times New Roman" w:cs="Times New Roman"/>
          <w:sz w:val="24"/>
          <w:szCs w:val="24"/>
          <w:lang w:val="tr-TR"/>
        </w:rPr>
        <w:t xml:space="preserve"> </w:t>
      </w:r>
      <w:r w:rsidRPr="0058047E">
        <w:rPr>
          <w:rFonts w:ascii="Times New Roman" w:hAnsi="Times New Roman" w:cs="Times New Roman"/>
          <w:b/>
          <w:bCs/>
          <w:sz w:val="24"/>
          <w:szCs w:val="24"/>
          <w:lang w:val="tr-TR"/>
        </w:rPr>
        <w:t>Güçlü Yönler</w:t>
      </w:r>
    </w:p>
    <w:p w14:paraId="5771FEC3" w14:textId="77777777" w:rsidR="0058047E" w:rsidRPr="0058047E" w:rsidRDefault="0058047E" w:rsidP="0058047E">
      <w:pPr>
        <w:numPr>
          <w:ilvl w:val="0"/>
          <w:numId w:val="10"/>
        </w:numPr>
        <w:rPr>
          <w:rFonts w:ascii="Times New Roman" w:hAnsi="Times New Roman" w:cs="Times New Roman"/>
          <w:sz w:val="24"/>
          <w:szCs w:val="24"/>
          <w:lang w:val="tr-TR"/>
        </w:rPr>
      </w:pPr>
      <w:r w:rsidRPr="0058047E">
        <w:rPr>
          <w:rFonts w:ascii="Times New Roman" w:hAnsi="Times New Roman" w:cs="Times New Roman"/>
          <w:b/>
          <w:bCs/>
          <w:sz w:val="24"/>
          <w:szCs w:val="24"/>
          <w:lang w:val="tr-TR"/>
        </w:rPr>
        <w:t>Görev ve Sorumlulukların Tanımlanması</w:t>
      </w:r>
    </w:p>
    <w:p w14:paraId="4B4766C4" w14:textId="77777777" w:rsidR="0058047E" w:rsidRPr="0058047E" w:rsidRDefault="0058047E" w:rsidP="0058047E">
      <w:pPr>
        <w:numPr>
          <w:ilvl w:val="1"/>
          <w:numId w:val="10"/>
        </w:numPr>
        <w:rPr>
          <w:rFonts w:ascii="Times New Roman" w:hAnsi="Times New Roman" w:cs="Times New Roman"/>
          <w:sz w:val="24"/>
          <w:szCs w:val="24"/>
          <w:lang w:val="tr-TR"/>
        </w:rPr>
      </w:pPr>
      <w:r w:rsidRPr="0058047E">
        <w:rPr>
          <w:rFonts w:ascii="Times New Roman" w:hAnsi="Times New Roman" w:cs="Times New Roman"/>
          <w:sz w:val="24"/>
          <w:szCs w:val="24"/>
          <w:lang w:val="tr-TR"/>
        </w:rPr>
        <w:t>Görev tanımlarının açık ve anlaşılır şekilde belirlendiği ifade edilmiştir.</w:t>
      </w:r>
    </w:p>
    <w:p w14:paraId="0D3E4493" w14:textId="77777777" w:rsidR="0058047E" w:rsidRPr="0058047E" w:rsidRDefault="0058047E" w:rsidP="0058047E">
      <w:pPr>
        <w:numPr>
          <w:ilvl w:val="1"/>
          <w:numId w:val="10"/>
        </w:numPr>
        <w:rPr>
          <w:rFonts w:ascii="Times New Roman" w:hAnsi="Times New Roman" w:cs="Times New Roman"/>
          <w:sz w:val="24"/>
          <w:szCs w:val="24"/>
          <w:lang w:val="tr-TR"/>
        </w:rPr>
      </w:pPr>
      <w:r w:rsidRPr="0058047E">
        <w:rPr>
          <w:rFonts w:ascii="Times New Roman" w:hAnsi="Times New Roman" w:cs="Times New Roman"/>
          <w:sz w:val="24"/>
          <w:szCs w:val="24"/>
          <w:lang w:val="tr-TR"/>
        </w:rPr>
        <w:t>İş süreçlerinde rol ve sorumlulukların netliği, personelin memnuniyetini artıran önemli bir unsur olarak öne çıkmaktadır.</w:t>
      </w:r>
    </w:p>
    <w:p w14:paraId="28D966F0" w14:textId="77777777" w:rsidR="0058047E" w:rsidRPr="0058047E" w:rsidRDefault="0058047E" w:rsidP="0058047E">
      <w:pPr>
        <w:numPr>
          <w:ilvl w:val="0"/>
          <w:numId w:val="10"/>
        </w:numPr>
        <w:rPr>
          <w:rFonts w:ascii="Times New Roman" w:hAnsi="Times New Roman" w:cs="Times New Roman"/>
          <w:sz w:val="24"/>
          <w:szCs w:val="24"/>
          <w:lang w:val="tr-TR"/>
        </w:rPr>
      </w:pPr>
      <w:r w:rsidRPr="0058047E">
        <w:rPr>
          <w:rFonts w:ascii="Times New Roman" w:hAnsi="Times New Roman" w:cs="Times New Roman"/>
          <w:b/>
          <w:bCs/>
          <w:sz w:val="24"/>
          <w:szCs w:val="24"/>
          <w:lang w:val="tr-TR"/>
        </w:rPr>
        <w:t>Çalışma Ortamının Güvenliği</w:t>
      </w:r>
    </w:p>
    <w:p w14:paraId="374ECD1F" w14:textId="77777777" w:rsidR="0058047E" w:rsidRPr="0058047E" w:rsidRDefault="0058047E" w:rsidP="0058047E">
      <w:pPr>
        <w:numPr>
          <w:ilvl w:val="1"/>
          <w:numId w:val="10"/>
        </w:numPr>
        <w:rPr>
          <w:rFonts w:ascii="Times New Roman" w:hAnsi="Times New Roman" w:cs="Times New Roman"/>
          <w:sz w:val="24"/>
          <w:szCs w:val="24"/>
          <w:lang w:val="tr-TR"/>
        </w:rPr>
      </w:pPr>
      <w:r w:rsidRPr="0058047E">
        <w:rPr>
          <w:rFonts w:ascii="Times New Roman" w:hAnsi="Times New Roman" w:cs="Times New Roman"/>
          <w:sz w:val="24"/>
          <w:szCs w:val="24"/>
          <w:lang w:val="tr-TR"/>
        </w:rPr>
        <w:t>Çalışma alanlarının düzenli, güvenli ve sağlıklı olduğu belirtilmiştir.</w:t>
      </w:r>
    </w:p>
    <w:p w14:paraId="651FE01F" w14:textId="77777777" w:rsidR="0058047E" w:rsidRPr="0058047E" w:rsidRDefault="0058047E" w:rsidP="0058047E">
      <w:pPr>
        <w:numPr>
          <w:ilvl w:val="1"/>
          <w:numId w:val="10"/>
        </w:numPr>
        <w:rPr>
          <w:rFonts w:ascii="Times New Roman" w:hAnsi="Times New Roman" w:cs="Times New Roman"/>
          <w:sz w:val="24"/>
          <w:szCs w:val="24"/>
          <w:lang w:val="tr-TR"/>
        </w:rPr>
      </w:pPr>
      <w:r w:rsidRPr="0058047E">
        <w:rPr>
          <w:rFonts w:ascii="Times New Roman" w:hAnsi="Times New Roman" w:cs="Times New Roman"/>
          <w:sz w:val="24"/>
          <w:szCs w:val="24"/>
          <w:lang w:val="tr-TR"/>
        </w:rPr>
        <w:t>Katılımcılar fiziksel koşullardan genel olarak memnun olduklarını dile getirmiştir.</w:t>
      </w:r>
    </w:p>
    <w:p w14:paraId="12E5F881" w14:textId="77777777" w:rsidR="0058047E" w:rsidRPr="0058047E" w:rsidRDefault="0058047E" w:rsidP="0058047E">
      <w:pPr>
        <w:numPr>
          <w:ilvl w:val="0"/>
          <w:numId w:val="10"/>
        </w:numPr>
        <w:rPr>
          <w:rFonts w:ascii="Times New Roman" w:hAnsi="Times New Roman" w:cs="Times New Roman"/>
          <w:sz w:val="24"/>
          <w:szCs w:val="24"/>
          <w:lang w:val="tr-TR"/>
        </w:rPr>
      </w:pPr>
      <w:r w:rsidRPr="0058047E">
        <w:rPr>
          <w:rFonts w:ascii="Times New Roman" w:hAnsi="Times New Roman" w:cs="Times New Roman"/>
          <w:b/>
          <w:bCs/>
          <w:sz w:val="24"/>
          <w:szCs w:val="24"/>
          <w:lang w:val="tr-TR"/>
        </w:rPr>
        <w:t>İş Arkadaşlarıyla İş Birliği</w:t>
      </w:r>
    </w:p>
    <w:p w14:paraId="1B7B2E47" w14:textId="77777777" w:rsidR="0058047E" w:rsidRPr="0058047E" w:rsidRDefault="0058047E" w:rsidP="0058047E">
      <w:pPr>
        <w:numPr>
          <w:ilvl w:val="1"/>
          <w:numId w:val="10"/>
        </w:numPr>
        <w:rPr>
          <w:rFonts w:ascii="Times New Roman" w:hAnsi="Times New Roman" w:cs="Times New Roman"/>
          <w:sz w:val="24"/>
          <w:szCs w:val="24"/>
          <w:lang w:val="tr-TR"/>
        </w:rPr>
      </w:pPr>
      <w:r w:rsidRPr="0058047E">
        <w:rPr>
          <w:rFonts w:ascii="Times New Roman" w:hAnsi="Times New Roman" w:cs="Times New Roman"/>
          <w:sz w:val="24"/>
          <w:szCs w:val="24"/>
          <w:lang w:val="tr-TR"/>
        </w:rPr>
        <w:t>Çalışma arkadaşlarıyla iş birliği düzeyi yüksek memnuniyetle değerlendirilmiştir.</w:t>
      </w:r>
    </w:p>
    <w:p w14:paraId="5FAB2339" w14:textId="77777777" w:rsidR="0058047E" w:rsidRPr="0058047E" w:rsidRDefault="0058047E" w:rsidP="0058047E">
      <w:pPr>
        <w:numPr>
          <w:ilvl w:val="1"/>
          <w:numId w:val="10"/>
        </w:numPr>
        <w:rPr>
          <w:rFonts w:ascii="Times New Roman" w:hAnsi="Times New Roman" w:cs="Times New Roman"/>
          <w:sz w:val="24"/>
          <w:szCs w:val="24"/>
          <w:lang w:val="tr-TR"/>
        </w:rPr>
      </w:pPr>
      <w:r w:rsidRPr="0058047E">
        <w:rPr>
          <w:rFonts w:ascii="Times New Roman" w:hAnsi="Times New Roman" w:cs="Times New Roman"/>
          <w:sz w:val="24"/>
          <w:szCs w:val="24"/>
          <w:lang w:val="tr-TR"/>
        </w:rPr>
        <w:t>Kurum kültüründe dayanışma ve destek algısı güçlü bir unsur olarak dikkat çekmektedir.</w:t>
      </w:r>
    </w:p>
    <w:p w14:paraId="43731BD9" w14:textId="77777777" w:rsidR="0058047E" w:rsidRPr="0058047E" w:rsidRDefault="0058047E" w:rsidP="0058047E">
      <w:pPr>
        <w:numPr>
          <w:ilvl w:val="0"/>
          <w:numId w:val="10"/>
        </w:numPr>
        <w:rPr>
          <w:rFonts w:ascii="Times New Roman" w:hAnsi="Times New Roman" w:cs="Times New Roman"/>
          <w:sz w:val="24"/>
          <w:szCs w:val="24"/>
          <w:lang w:val="tr-TR"/>
        </w:rPr>
      </w:pPr>
      <w:r w:rsidRPr="0058047E">
        <w:rPr>
          <w:rFonts w:ascii="Times New Roman" w:hAnsi="Times New Roman" w:cs="Times New Roman"/>
          <w:b/>
          <w:bCs/>
          <w:sz w:val="24"/>
          <w:szCs w:val="24"/>
          <w:lang w:val="tr-TR"/>
        </w:rPr>
        <w:t>Yöneticiyle İletişim</w:t>
      </w:r>
    </w:p>
    <w:p w14:paraId="32001B04" w14:textId="77777777" w:rsidR="0058047E" w:rsidRPr="0058047E" w:rsidRDefault="0058047E" w:rsidP="0058047E">
      <w:pPr>
        <w:numPr>
          <w:ilvl w:val="1"/>
          <w:numId w:val="10"/>
        </w:numPr>
        <w:rPr>
          <w:rFonts w:ascii="Times New Roman" w:hAnsi="Times New Roman" w:cs="Times New Roman"/>
          <w:sz w:val="24"/>
          <w:szCs w:val="24"/>
          <w:lang w:val="tr-TR"/>
        </w:rPr>
      </w:pPr>
      <w:r w:rsidRPr="0058047E">
        <w:rPr>
          <w:rFonts w:ascii="Times New Roman" w:hAnsi="Times New Roman" w:cs="Times New Roman"/>
          <w:sz w:val="24"/>
          <w:szCs w:val="24"/>
          <w:lang w:val="tr-TR"/>
        </w:rPr>
        <w:t>Yönetimle iletişimin açık ve ulaşılabilir olduğu bildirilmiştir.</w:t>
      </w:r>
    </w:p>
    <w:p w14:paraId="4919315C" w14:textId="77777777" w:rsidR="0058047E" w:rsidRPr="0058047E" w:rsidRDefault="0058047E" w:rsidP="0058047E">
      <w:pPr>
        <w:numPr>
          <w:ilvl w:val="1"/>
          <w:numId w:val="10"/>
        </w:numPr>
        <w:rPr>
          <w:rFonts w:ascii="Times New Roman" w:hAnsi="Times New Roman" w:cs="Times New Roman"/>
          <w:sz w:val="24"/>
          <w:szCs w:val="24"/>
          <w:lang w:val="tr-TR"/>
        </w:rPr>
      </w:pPr>
      <w:r w:rsidRPr="0058047E">
        <w:rPr>
          <w:rFonts w:ascii="Times New Roman" w:hAnsi="Times New Roman" w:cs="Times New Roman"/>
          <w:sz w:val="24"/>
          <w:szCs w:val="24"/>
          <w:lang w:val="tr-TR"/>
        </w:rPr>
        <w:t>Bu durum güven ortamının ve kurumsal aidiyetin artmasına katkıda bulunmaktadır.</w:t>
      </w:r>
    </w:p>
    <w:p w14:paraId="66876625" w14:textId="77777777" w:rsidR="0058047E" w:rsidRPr="0058047E" w:rsidRDefault="009F4353" w:rsidP="0058047E">
      <w:pPr>
        <w:rPr>
          <w:rFonts w:ascii="Times New Roman" w:hAnsi="Times New Roman" w:cs="Times New Roman"/>
          <w:sz w:val="24"/>
          <w:szCs w:val="24"/>
          <w:lang w:val="tr-TR"/>
        </w:rPr>
      </w:pPr>
      <w:r>
        <w:rPr>
          <w:rFonts w:ascii="Times New Roman" w:hAnsi="Times New Roman" w:cs="Times New Roman"/>
          <w:sz w:val="24"/>
          <w:szCs w:val="24"/>
          <w:lang w:val="tr-TR"/>
        </w:rPr>
        <w:pict w14:anchorId="7AB264C4">
          <v:rect id="_x0000_i1026" style="width:0;height:1.5pt" o:hralign="center" o:hrstd="t" o:hr="t" fillcolor="#a0a0a0" stroked="f"/>
        </w:pict>
      </w:r>
    </w:p>
    <w:p w14:paraId="73667D78" w14:textId="77777777" w:rsidR="0058047E" w:rsidRPr="0058047E" w:rsidRDefault="0058047E" w:rsidP="0058047E">
      <w:pPr>
        <w:rPr>
          <w:rFonts w:ascii="Times New Roman" w:hAnsi="Times New Roman" w:cs="Times New Roman"/>
          <w:sz w:val="24"/>
          <w:szCs w:val="24"/>
          <w:lang w:val="tr-TR"/>
        </w:rPr>
      </w:pPr>
      <w:r w:rsidRPr="0058047E">
        <w:rPr>
          <w:rFonts w:ascii="Segoe UI Emoji" w:hAnsi="Segoe UI Emoji" w:cs="Segoe UI Emoji"/>
          <w:sz w:val="24"/>
          <w:szCs w:val="24"/>
          <w:lang w:val="tr-TR"/>
        </w:rPr>
        <w:t>⚠️</w:t>
      </w:r>
      <w:r w:rsidRPr="0058047E">
        <w:rPr>
          <w:rFonts w:ascii="Times New Roman" w:hAnsi="Times New Roman" w:cs="Times New Roman"/>
          <w:sz w:val="24"/>
          <w:szCs w:val="24"/>
          <w:lang w:val="tr-TR"/>
        </w:rPr>
        <w:t xml:space="preserve"> </w:t>
      </w:r>
      <w:r w:rsidRPr="0058047E">
        <w:rPr>
          <w:rFonts w:ascii="Times New Roman" w:hAnsi="Times New Roman" w:cs="Times New Roman"/>
          <w:b/>
          <w:bCs/>
          <w:sz w:val="24"/>
          <w:szCs w:val="24"/>
          <w:lang w:val="tr-TR"/>
        </w:rPr>
        <w:t>Geliştirilmeye Açık Yönler</w:t>
      </w:r>
    </w:p>
    <w:p w14:paraId="3DE8513E" w14:textId="77777777" w:rsidR="0058047E" w:rsidRPr="0058047E" w:rsidRDefault="0058047E" w:rsidP="0058047E">
      <w:pPr>
        <w:numPr>
          <w:ilvl w:val="0"/>
          <w:numId w:val="11"/>
        </w:numPr>
        <w:rPr>
          <w:rFonts w:ascii="Times New Roman" w:hAnsi="Times New Roman" w:cs="Times New Roman"/>
          <w:sz w:val="24"/>
          <w:szCs w:val="24"/>
          <w:lang w:val="tr-TR"/>
        </w:rPr>
      </w:pPr>
      <w:r w:rsidRPr="0058047E">
        <w:rPr>
          <w:rFonts w:ascii="Times New Roman" w:hAnsi="Times New Roman" w:cs="Times New Roman"/>
          <w:b/>
          <w:bCs/>
          <w:sz w:val="24"/>
          <w:szCs w:val="24"/>
          <w:lang w:val="tr-TR"/>
        </w:rPr>
        <w:t>Hizmet İçi Eğitim ve Mesleki Gelişim Fırsatları</w:t>
      </w:r>
    </w:p>
    <w:p w14:paraId="148179B0" w14:textId="77777777" w:rsidR="0058047E" w:rsidRPr="0058047E" w:rsidRDefault="0058047E" w:rsidP="0058047E">
      <w:pPr>
        <w:numPr>
          <w:ilvl w:val="1"/>
          <w:numId w:val="11"/>
        </w:numPr>
        <w:rPr>
          <w:rFonts w:ascii="Times New Roman" w:hAnsi="Times New Roman" w:cs="Times New Roman"/>
          <w:sz w:val="24"/>
          <w:szCs w:val="24"/>
          <w:lang w:val="tr-TR"/>
        </w:rPr>
      </w:pPr>
      <w:r w:rsidRPr="0058047E">
        <w:rPr>
          <w:rFonts w:ascii="Times New Roman" w:hAnsi="Times New Roman" w:cs="Times New Roman"/>
          <w:sz w:val="24"/>
          <w:szCs w:val="24"/>
          <w:lang w:val="tr-TR"/>
        </w:rPr>
        <w:t>Katılımcıların bir kısmı hizmet içi eğitim imkanlarını yetersiz bulduğunu belirtmiştir.</w:t>
      </w:r>
    </w:p>
    <w:p w14:paraId="46261753" w14:textId="77777777" w:rsidR="0058047E" w:rsidRPr="0058047E" w:rsidRDefault="0058047E" w:rsidP="0058047E">
      <w:pPr>
        <w:numPr>
          <w:ilvl w:val="1"/>
          <w:numId w:val="11"/>
        </w:numPr>
        <w:rPr>
          <w:rFonts w:ascii="Times New Roman" w:hAnsi="Times New Roman" w:cs="Times New Roman"/>
          <w:sz w:val="24"/>
          <w:szCs w:val="24"/>
          <w:lang w:val="tr-TR"/>
        </w:rPr>
      </w:pPr>
      <w:r w:rsidRPr="0058047E">
        <w:rPr>
          <w:rFonts w:ascii="Times New Roman" w:hAnsi="Times New Roman" w:cs="Times New Roman"/>
          <w:sz w:val="24"/>
          <w:szCs w:val="24"/>
          <w:lang w:val="tr-TR"/>
        </w:rPr>
        <w:t>Bu alanda periyodik eğitim programlarının yaygınlaştırılması önerilmektedir.</w:t>
      </w:r>
    </w:p>
    <w:p w14:paraId="3E59A272" w14:textId="77777777" w:rsidR="0058047E" w:rsidRPr="0058047E" w:rsidRDefault="0058047E" w:rsidP="0058047E">
      <w:pPr>
        <w:numPr>
          <w:ilvl w:val="0"/>
          <w:numId w:val="11"/>
        </w:numPr>
        <w:rPr>
          <w:rFonts w:ascii="Times New Roman" w:hAnsi="Times New Roman" w:cs="Times New Roman"/>
          <w:sz w:val="24"/>
          <w:szCs w:val="24"/>
          <w:lang w:val="tr-TR"/>
        </w:rPr>
      </w:pPr>
      <w:r w:rsidRPr="0058047E">
        <w:rPr>
          <w:rFonts w:ascii="Times New Roman" w:hAnsi="Times New Roman" w:cs="Times New Roman"/>
          <w:b/>
          <w:bCs/>
          <w:sz w:val="24"/>
          <w:szCs w:val="24"/>
          <w:lang w:val="tr-TR"/>
        </w:rPr>
        <w:lastRenderedPageBreak/>
        <w:t>Karar Alma Süreçlerinde Katılım</w:t>
      </w:r>
    </w:p>
    <w:p w14:paraId="0FB9BA58" w14:textId="77777777" w:rsidR="0058047E" w:rsidRPr="0058047E" w:rsidRDefault="0058047E" w:rsidP="0058047E">
      <w:pPr>
        <w:numPr>
          <w:ilvl w:val="1"/>
          <w:numId w:val="11"/>
        </w:numPr>
        <w:rPr>
          <w:rFonts w:ascii="Times New Roman" w:hAnsi="Times New Roman" w:cs="Times New Roman"/>
          <w:sz w:val="24"/>
          <w:szCs w:val="24"/>
          <w:lang w:val="tr-TR"/>
        </w:rPr>
      </w:pPr>
      <w:r w:rsidRPr="0058047E">
        <w:rPr>
          <w:rFonts w:ascii="Times New Roman" w:hAnsi="Times New Roman" w:cs="Times New Roman"/>
          <w:sz w:val="24"/>
          <w:szCs w:val="24"/>
          <w:lang w:val="tr-TR"/>
        </w:rPr>
        <w:t>Yönetim kararlarında personel görüşlerinin dikkate alınması konusunda farklı deneyimler yaşandığı ifade edilmiştir.</w:t>
      </w:r>
    </w:p>
    <w:p w14:paraId="632E8E05" w14:textId="77777777" w:rsidR="0058047E" w:rsidRPr="0058047E" w:rsidRDefault="0058047E" w:rsidP="0058047E">
      <w:pPr>
        <w:numPr>
          <w:ilvl w:val="1"/>
          <w:numId w:val="11"/>
        </w:numPr>
        <w:rPr>
          <w:rFonts w:ascii="Times New Roman" w:hAnsi="Times New Roman" w:cs="Times New Roman"/>
          <w:sz w:val="24"/>
          <w:szCs w:val="24"/>
          <w:lang w:val="tr-TR"/>
        </w:rPr>
      </w:pPr>
      <w:r w:rsidRPr="0058047E">
        <w:rPr>
          <w:rFonts w:ascii="Times New Roman" w:hAnsi="Times New Roman" w:cs="Times New Roman"/>
          <w:sz w:val="24"/>
          <w:szCs w:val="24"/>
          <w:lang w:val="tr-TR"/>
        </w:rPr>
        <w:t>Katılım düzeyinin artırılmasına yönelik iyileştirmeler yapılabilir.</w:t>
      </w:r>
    </w:p>
    <w:p w14:paraId="0C0B3DAC" w14:textId="77777777" w:rsidR="0058047E" w:rsidRPr="0058047E" w:rsidRDefault="0058047E" w:rsidP="0058047E">
      <w:pPr>
        <w:numPr>
          <w:ilvl w:val="0"/>
          <w:numId w:val="11"/>
        </w:numPr>
        <w:rPr>
          <w:rFonts w:ascii="Times New Roman" w:hAnsi="Times New Roman" w:cs="Times New Roman"/>
          <w:sz w:val="24"/>
          <w:szCs w:val="24"/>
          <w:lang w:val="tr-TR"/>
        </w:rPr>
      </w:pPr>
      <w:r w:rsidRPr="0058047E">
        <w:rPr>
          <w:rFonts w:ascii="Times New Roman" w:hAnsi="Times New Roman" w:cs="Times New Roman"/>
          <w:b/>
          <w:bCs/>
          <w:sz w:val="24"/>
          <w:szCs w:val="24"/>
          <w:lang w:val="tr-TR"/>
        </w:rPr>
        <w:t>Fiziki Çalışma Alanlarının Yeterliliği</w:t>
      </w:r>
    </w:p>
    <w:p w14:paraId="26499985" w14:textId="77777777" w:rsidR="0058047E" w:rsidRPr="0058047E" w:rsidRDefault="0058047E" w:rsidP="0058047E">
      <w:pPr>
        <w:numPr>
          <w:ilvl w:val="1"/>
          <w:numId w:val="11"/>
        </w:numPr>
        <w:rPr>
          <w:rFonts w:ascii="Times New Roman" w:hAnsi="Times New Roman" w:cs="Times New Roman"/>
          <w:sz w:val="24"/>
          <w:szCs w:val="24"/>
          <w:lang w:val="tr-TR"/>
        </w:rPr>
      </w:pPr>
      <w:r w:rsidRPr="0058047E">
        <w:rPr>
          <w:rFonts w:ascii="Times New Roman" w:hAnsi="Times New Roman" w:cs="Times New Roman"/>
          <w:sz w:val="24"/>
          <w:szCs w:val="24"/>
          <w:lang w:val="tr-TR"/>
        </w:rPr>
        <w:t>Çalışma alanlarının kapasite ve verimlilik açısından geliştirilmesi gerektiği yönünde görüş bildirilmiştir.</w:t>
      </w:r>
    </w:p>
    <w:p w14:paraId="70935955" w14:textId="77777777" w:rsidR="0058047E" w:rsidRPr="0058047E" w:rsidRDefault="009F4353" w:rsidP="0058047E">
      <w:pPr>
        <w:rPr>
          <w:rFonts w:ascii="Times New Roman" w:hAnsi="Times New Roman" w:cs="Times New Roman"/>
          <w:sz w:val="24"/>
          <w:szCs w:val="24"/>
          <w:lang w:val="tr-TR"/>
        </w:rPr>
      </w:pPr>
      <w:r>
        <w:rPr>
          <w:rFonts w:ascii="Times New Roman" w:hAnsi="Times New Roman" w:cs="Times New Roman"/>
          <w:sz w:val="24"/>
          <w:szCs w:val="24"/>
          <w:lang w:val="tr-TR"/>
        </w:rPr>
        <w:pict w14:anchorId="28D0ADB6">
          <v:rect id="_x0000_i1027" style="width:0;height:1.5pt" o:hralign="center" o:hrstd="t" o:hr="t" fillcolor="#a0a0a0" stroked="f"/>
        </w:pict>
      </w:r>
    </w:p>
    <w:p w14:paraId="5FD6FFCC" w14:textId="77777777" w:rsidR="0058047E" w:rsidRPr="0058047E" w:rsidRDefault="0058047E" w:rsidP="0058047E">
      <w:pPr>
        <w:rPr>
          <w:rFonts w:ascii="Times New Roman" w:hAnsi="Times New Roman" w:cs="Times New Roman"/>
          <w:sz w:val="24"/>
          <w:szCs w:val="24"/>
          <w:lang w:val="tr-TR"/>
        </w:rPr>
      </w:pPr>
      <w:r w:rsidRPr="0058047E">
        <w:rPr>
          <w:rFonts w:ascii="Segoe UI Emoji" w:hAnsi="Segoe UI Emoji" w:cs="Segoe UI Emoji"/>
          <w:sz w:val="24"/>
          <w:szCs w:val="24"/>
          <w:lang w:val="tr-TR"/>
        </w:rPr>
        <w:t>🌿</w:t>
      </w:r>
      <w:r w:rsidRPr="0058047E">
        <w:rPr>
          <w:rFonts w:ascii="Times New Roman" w:hAnsi="Times New Roman" w:cs="Times New Roman"/>
          <w:sz w:val="24"/>
          <w:szCs w:val="24"/>
          <w:lang w:val="tr-TR"/>
        </w:rPr>
        <w:t xml:space="preserve"> </w:t>
      </w:r>
      <w:r w:rsidRPr="0058047E">
        <w:rPr>
          <w:rFonts w:ascii="Times New Roman" w:hAnsi="Times New Roman" w:cs="Times New Roman"/>
          <w:b/>
          <w:bCs/>
          <w:sz w:val="24"/>
          <w:szCs w:val="24"/>
          <w:lang w:val="tr-TR"/>
        </w:rPr>
        <w:t>Öneriler</w:t>
      </w:r>
    </w:p>
    <w:p w14:paraId="562020EE" w14:textId="77777777" w:rsidR="0058047E" w:rsidRPr="0058047E" w:rsidRDefault="0058047E" w:rsidP="0058047E">
      <w:pPr>
        <w:rPr>
          <w:rFonts w:ascii="Times New Roman" w:hAnsi="Times New Roman" w:cs="Times New Roman"/>
          <w:sz w:val="24"/>
          <w:szCs w:val="24"/>
          <w:lang w:val="tr-TR"/>
        </w:rPr>
      </w:pPr>
      <w:r w:rsidRPr="0058047E">
        <w:rPr>
          <w:rFonts w:ascii="Segoe UI Emoji" w:hAnsi="Segoe UI Emoji" w:cs="Segoe UI Emoji"/>
          <w:sz w:val="24"/>
          <w:szCs w:val="24"/>
          <w:lang w:val="tr-TR"/>
        </w:rPr>
        <w:t>✅</w:t>
      </w:r>
      <w:r w:rsidRPr="0058047E">
        <w:rPr>
          <w:rFonts w:ascii="Times New Roman" w:hAnsi="Times New Roman" w:cs="Times New Roman"/>
          <w:sz w:val="24"/>
          <w:szCs w:val="24"/>
          <w:lang w:val="tr-TR"/>
        </w:rPr>
        <w:t xml:space="preserve"> </w:t>
      </w:r>
      <w:r w:rsidRPr="0058047E">
        <w:rPr>
          <w:rFonts w:ascii="Times New Roman" w:hAnsi="Times New Roman" w:cs="Times New Roman"/>
          <w:b/>
          <w:bCs/>
          <w:sz w:val="24"/>
          <w:szCs w:val="24"/>
          <w:lang w:val="tr-TR"/>
        </w:rPr>
        <w:t>Hizmet İçi Eğitim ve Mesleki Gelişim</w:t>
      </w:r>
    </w:p>
    <w:p w14:paraId="299C32EA" w14:textId="77777777" w:rsidR="0058047E" w:rsidRPr="0058047E" w:rsidRDefault="0058047E" w:rsidP="0058047E">
      <w:pPr>
        <w:numPr>
          <w:ilvl w:val="0"/>
          <w:numId w:val="12"/>
        </w:numPr>
        <w:rPr>
          <w:rFonts w:ascii="Times New Roman" w:hAnsi="Times New Roman" w:cs="Times New Roman"/>
          <w:sz w:val="24"/>
          <w:szCs w:val="24"/>
          <w:lang w:val="tr-TR"/>
        </w:rPr>
      </w:pPr>
      <w:r w:rsidRPr="0058047E">
        <w:rPr>
          <w:rFonts w:ascii="Times New Roman" w:hAnsi="Times New Roman" w:cs="Times New Roman"/>
          <w:sz w:val="24"/>
          <w:szCs w:val="24"/>
          <w:lang w:val="tr-TR"/>
        </w:rPr>
        <w:t>Hizmet içi eğitimlerin düzenli periyotlarla planlanması ve erişilebilir hale getirilmesi önerilir.</w:t>
      </w:r>
    </w:p>
    <w:p w14:paraId="6859F66C" w14:textId="77777777" w:rsidR="0058047E" w:rsidRPr="0058047E" w:rsidRDefault="0058047E" w:rsidP="0058047E">
      <w:pPr>
        <w:numPr>
          <w:ilvl w:val="0"/>
          <w:numId w:val="12"/>
        </w:numPr>
        <w:rPr>
          <w:rFonts w:ascii="Times New Roman" w:hAnsi="Times New Roman" w:cs="Times New Roman"/>
          <w:sz w:val="24"/>
          <w:szCs w:val="24"/>
          <w:lang w:val="tr-TR"/>
        </w:rPr>
      </w:pPr>
      <w:r w:rsidRPr="0058047E">
        <w:rPr>
          <w:rFonts w:ascii="Times New Roman" w:hAnsi="Times New Roman" w:cs="Times New Roman"/>
          <w:sz w:val="24"/>
          <w:szCs w:val="24"/>
          <w:lang w:val="tr-TR"/>
        </w:rPr>
        <w:t>Mesleki gelişim için sertifika programları ve seminerler organize edilebilir.</w:t>
      </w:r>
    </w:p>
    <w:p w14:paraId="5E4F8F02" w14:textId="77777777" w:rsidR="0058047E" w:rsidRPr="0058047E" w:rsidRDefault="0058047E" w:rsidP="0058047E">
      <w:pPr>
        <w:rPr>
          <w:rFonts w:ascii="Times New Roman" w:hAnsi="Times New Roman" w:cs="Times New Roman"/>
          <w:sz w:val="24"/>
          <w:szCs w:val="24"/>
          <w:lang w:val="tr-TR"/>
        </w:rPr>
      </w:pPr>
      <w:r w:rsidRPr="0058047E">
        <w:rPr>
          <w:rFonts w:ascii="Segoe UI Emoji" w:hAnsi="Segoe UI Emoji" w:cs="Segoe UI Emoji"/>
          <w:sz w:val="24"/>
          <w:szCs w:val="24"/>
          <w:lang w:val="tr-TR"/>
        </w:rPr>
        <w:t>✅</w:t>
      </w:r>
      <w:r w:rsidRPr="0058047E">
        <w:rPr>
          <w:rFonts w:ascii="Times New Roman" w:hAnsi="Times New Roman" w:cs="Times New Roman"/>
          <w:sz w:val="24"/>
          <w:szCs w:val="24"/>
          <w:lang w:val="tr-TR"/>
        </w:rPr>
        <w:t xml:space="preserve"> </w:t>
      </w:r>
      <w:r w:rsidRPr="0058047E">
        <w:rPr>
          <w:rFonts w:ascii="Times New Roman" w:hAnsi="Times New Roman" w:cs="Times New Roman"/>
          <w:b/>
          <w:bCs/>
          <w:sz w:val="24"/>
          <w:szCs w:val="24"/>
          <w:lang w:val="tr-TR"/>
        </w:rPr>
        <w:t>Karar Alma Süreçlerine Katılım</w:t>
      </w:r>
    </w:p>
    <w:p w14:paraId="2D2E30A5" w14:textId="77777777" w:rsidR="0058047E" w:rsidRPr="0058047E" w:rsidRDefault="0058047E" w:rsidP="0058047E">
      <w:pPr>
        <w:numPr>
          <w:ilvl w:val="0"/>
          <w:numId w:val="13"/>
        </w:numPr>
        <w:rPr>
          <w:rFonts w:ascii="Times New Roman" w:hAnsi="Times New Roman" w:cs="Times New Roman"/>
          <w:sz w:val="24"/>
          <w:szCs w:val="24"/>
          <w:lang w:val="tr-TR"/>
        </w:rPr>
      </w:pPr>
      <w:r w:rsidRPr="0058047E">
        <w:rPr>
          <w:rFonts w:ascii="Times New Roman" w:hAnsi="Times New Roman" w:cs="Times New Roman"/>
          <w:sz w:val="24"/>
          <w:szCs w:val="24"/>
          <w:lang w:val="tr-TR"/>
        </w:rPr>
        <w:t>Yönetim kararları öncesinde personel görüşlerinin sistematik olarak toplanması yararlı olacaktır.</w:t>
      </w:r>
    </w:p>
    <w:p w14:paraId="600CF983" w14:textId="77777777" w:rsidR="0058047E" w:rsidRPr="0058047E" w:rsidRDefault="0058047E" w:rsidP="0058047E">
      <w:pPr>
        <w:numPr>
          <w:ilvl w:val="0"/>
          <w:numId w:val="13"/>
        </w:numPr>
        <w:rPr>
          <w:rFonts w:ascii="Times New Roman" w:hAnsi="Times New Roman" w:cs="Times New Roman"/>
          <w:sz w:val="24"/>
          <w:szCs w:val="24"/>
          <w:lang w:val="tr-TR"/>
        </w:rPr>
      </w:pPr>
      <w:r w:rsidRPr="0058047E">
        <w:rPr>
          <w:rFonts w:ascii="Times New Roman" w:hAnsi="Times New Roman" w:cs="Times New Roman"/>
          <w:sz w:val="24"/>
          <w:szCs w:val="24"/>
          <w:lang w:val="tr-TR"/>
        </w:rPr>
        <w:t>Öneri kutusu, periyodik anket gibi araçlar kullanılarak katılımcılığın artırılması sağlanabilir.</w:t>
      </w:r>
    </w:p>
    <w:p w14:paraId="6CCD130B" w14:textId="77777777" w:rsidR="0058047E" w:rsidRPr="0058047E" w:rsidRDefault="0058047E" w:rsidP="0058047E">
      <w:pPr>
        <w:rPr>
          <w:rFonts w:ascii="Times New Roman" w:hAnsi="Times New Roman" w:cs="Times New Roman"/>
          <w:sz w:val="24"/>
          <w:szCs w:val="24"/>
          <w:lang w:val="tr-TR"/>
        </w:rPr>
      </w:pPr>
      <w:r w:rsidRPr="0058047E">
        <w:rPr>
          <w:rFonts w:ascii="Segoe UI Emoji" w:hAnsi="Segoe UI Emoji" w:cs="Segoe UI Emoji"/>
          <w:sz w:val="24"/>
          <w:szCs w:val="24"/>
          <w:lang w:val="tr-TR"/>
        </w:rPr>
        <w:t>✅</w:t>
      </w:r>
      <w:r w:rsidRPr="0058047E">
        <w:rPr>
          <w:rFonts w:ascii="Times New Roman" w:hAnsi="Times New Roman" w:cs="Times New Roman"/>
          <w:sz w:val="24"/>
          <w:szCs w:val="24"/>
          <w:lang w:val="tr-TR"/>
        </w:rPr>
        <w:t xml:space="preserve"> </w:t>
      </w:r>
      <w:r w:rsidRPr="0058047E">
        <w:rPr>
          <w:rFonts w:ascii="Times New Roman" w:hAnsi="Times New Roman" w:cs="Times New Roman"/>
          <w:b/>
          <w:bCs/>
          <w:sz w:val="24"/>
          <w:szCs w:val="24"/>
          <w:lang w:val="tr-TR"/>
        </w:rPr>
        <w:t>Fiziki Çalışma Ortamının İyileştirilmesi</w:t>
      </w:r>
    </w:p>
    <w:p w14:paraId="126081E3" w14:textId="77777777" w:rsidR="0058047E" w:rsidRPr="0058047E" w:rsidRDefault="0058047E" w:rsidP="0058047E">
      <w:pPr>
        <w:numPr>
          <w:ilvl w:val="0"/>
          <w:numId w:val="14"/>
        </w:numPr>
        <w:rPr>
          <w:rFonts w:ascii="Times New Roman" w:hAnsi="Times New Roman" w:cs="Times New Roman"/>
          <w:sz w:val="24"/>
          <w:szCs w:val="24"/>
          <w:lang w:val="tr-TR"/>
        </w:rPr>
      </w:pPr>
      <w:r w:rsidRPr="0058047E">
        <w:rPr>
          <w:rFonts w:ascii="Times New Roman" w:hAnsi="Times New Roman" w:cs="Times New Roman"/>
          <w:sz w:val="24"/>
          <w:szCs w:val="24"/>
          <w:lang w:val="tr-TR"/>
        </w:rPr>
        <w:t>Çalışma alanlarının genişletilmesi ve ergonomik düzenlemelerin yapılması önerilmektedir.</w:t>
      </w:r>
    </w:p>
    <w:p w14:paraId="1B63A2BB" w14:textId="77777777" w:rsidR="0058047E" w:rsidRPr="0058047E" w:rsidRDefault="0058047E" w:rsidP="0058047E">
      <w:pPr>
        <w:numPr>
          <w:ilvl w:val="0"/>
          <w:numId w:val="14"/>
        </w:numPr>
        <w:rPr>
          <w:rFonts w:ascii="Times New Roman" w:hAnsi="Times New Roman" w:cs="Times New Roman"/>
          <w:sz w:val="24"/>
          <w:szCs w:val="24"/>
          <w:lang w:val="tr-TR"/>
        </w:rPr>
      </w:pPr>
      <w:r w:rsidRPr="0058047E">
        <w:rPr>
          <w:rFonts w:ascii="Times New Roman" w:hAnsi="Times New Roman" w:cs="Times New Roman"/>
          <w:sz w:val="24"/>
          <w:szCs w:val="24"/>
          <w:lang w:val="tr-TR"/>
        </w:rPr>
        <w:t>Ortak alanların kullanım kapasitesinin artırılmasına yönelik fizibilite çalışması yapılabilir.</w:t>
      </w:r>
    </w:p>
    <w:p w14:paraId="69C333CF" w14:textId="1FCD0CC1" w:rsidR="00CF246F" w:rsidRPr="00D70AC8" w:rsidRDefault="00CF246F">
      <w:pPr>
        <w:rPr>
          <w:rFonts w:ascii="Times New Roman" w:hAnsi="Times New Roman" w:cs="Times New Roman"/>
          <w:sz w:val="24"/>
          <w:szCs w:val="24"/>
        </w:rPr>
      </w:pPr>
    </w:p>
    <w:sectPr w:rsidR="00CF246F" w:rsidRPr="00D70AC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20002A87" w:usb1="00000000" w:usb2="00000000"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A2"/>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A2"/>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abstractNum w:abstractNumId="9">
    <w:nsid w:val="0EA46BAE"/>
    <w:multiLevelType w:val="multilevel"/>
    <w:tmpl w:val="74A20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6D31BF3"/>
    <w:multiLevelType w:val="multilevel"/>
    <w:tmpl w:val="CD12D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97B012F"/>
    <w:multiLevelType w:val="multilevel"/>
    <w:tmpl w:val="11E26B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B1002F6"/>
    <w:multiLevelType w:val="multilevel"/>
    <w:tmpl w:val="805493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D8D60EE"/>
    <w:multiLevelType w:val="multilevel"/>
    <w:tmpl w:val="CBF28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2"/>
  </w:num>
  <w:num w:numId="11">
    <w:abstractNumId w:val="11"/>
  </w:num>
  <w:num w:numId="12">
    <w:abstractNumId w:val="10"/>
  </w:num>
  <w:num w:numId="13">
    <w:abstractNumId w:val="9"/>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1239D"/>
    <w:rsid w:val="00034616"/>
    <w:rsid w:val="0006063C"/>
    <w:rsid w:val="0015074B"/>
    <w:rsid w:val="00227379"/>
    <w:rsid w:val="0029639D"/>
    <w:rsid w:val="00326F90"/>
    <w:rsid w:val="0058047E"/>
    <w:rsid w:val="00750DDC"/>
    <w:rsid w:val="00857846"/>
    <w:rsid w:val="008C233B"/>
    <w:rsid w:val="009F4353"/>
    <w:rsid w:val="00AA1D8D"/>
    <w:rsid w:val="00B47730"/>
    <w:rsid w:val="00CB0664"/>
    <w:rsid w:val="00CF246F"/>
    <w:rsid w:val="00D70AC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B1CEB3"/>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KonuBal">
    <w:name w:val="Subtitle"/>
    <w:basedOn w:val="Normal"/>
    <w:next w:val="Normal"/>
    <w:link w:val="AltKonuBal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KonuBalChar">
    <w:name w:val="Alt Konu Başlığı Char"/>
    <w:basedOn w:val="VarsaylanParagrafYazTipi"/>
    <w:link w:val="AltKonuBal"/>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Trnak">
    <w:name w:val="Quote"/>
    <w:basedOn w:val="Normal"/>
    <w:next w:val="Normal"/>
    <w:link w:val="TrnakChar"/>
    <w:uiPriority w:val="29"/>
    <w:qFormat/>
    <w:rsid w:val="00FC693F"/>
    <w:rPr>
      <w:i/>
      <w:iCs/>
      <w:color w:val="000000" w:themeColor="text1"/>
    </w:rPr>
  </w:style>
  <w:style w:type="character" w:customStyle="1" w:styleId="TrnakChar">
    <w:name w:val="Tırnak Char"/>
    <w:basedOn w:val="VarsaylanParagrafYazTipi"/>
    <w:link w:val="Trnak"/>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KeskinTrnak">
    <w:name w:val="Intense Quote"/>
    <w:basedOn w:val="Normal"/>
    <w:next w:val="Normal"/>
    <w:link w:val="KeskinTrnak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KeskinTrnakChar">
    <w:name w:val="Keskin Tırnak Char"/>
    <w:basedOn w:val="VarsaylanParagrafYazTipi"/>
    <w:link w:val="KeskinTrnak"/>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BalonMetni">
    <w:name w:val="Balloon Text"/>
    <w:basedOn w:val="Normal"/>
    <w:link w:val="BalonMetniChar"/>
    <w:uiPriority w:val="99"/>
    <w:semiHidden/>
    <w:unhideWhenUsed/>
    <w:rsid w:val="009F435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F435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KonuBal">
    <w:name w:val="Subtitle"/>
    <w:basedOn w:val="Normal"/>
    <w:next w:val="Normal"/>
    <w:link w:val="AltKonuBal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KonuBalChar">
    <w:name w:val="Alt Konu Başlığı Char"/>
    <w:basedOn w:val="VarsaylanParagrafYazTipi"/>
    <w:link w:val="AltKonuBal"/>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Trnak">
    <w:name w:val="Quote"/>
    <w:basedOn w:val="Normal"/>
    <w:next w:val="Normal"/>
    <w:link w:val="TrnakChar"/>
    <w:uiPriority w:val="29"/>
    <w:qFormat/>
    <w:rsid w:val="00FC693F"/>
    <w:rPr>
      <w:i/>
      <w:iCs/>
      <w:color w:val="000000" w:themeColor="text1"/>
    </w:rPr>
  </w:style>
  <w:style w:type="character" w:customStyle="1" w:styleId="TrnakChar">
    <w:name w:val="Tırnak Char"/>
    <w:basedOn w:val="VarsaylanParagrafYazTipi"/>
    <w:link w:val="Trnak"/>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KeskinTrnak">
    <w:name w:val="Intense Quote"/>
    <w:basedOn w:val="Normal"/>
    <w:next w:val="Normal"/>
    <w:link w:val="KeskinTrnak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KeskinTrnakChar">
    <w:name w:val="Keskin Tırnak Char"/>
    <w:basedOn w:val="VarsaylanParagrafYazTipi"/>
    <w:link w:val="KeskinTrnak"/>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BalonMetni">
    <w:name w:val="Balloon Text"/>
    <w:basedOn w:val="Normal"/>
    <w:link w:val="BalonMetniChar"/>
    <w:uiPriority w:val="99"/>
    <w:semiHidden/>
    <w:unhideWhenUsed/>
    <w:rsid w:val="009F435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F43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649836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7D8F3-1A42-4111-A6BF-1036DA0B5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807</Words>
  <Characters>4602</Characters>
  <Application>Microsoft Office Word</Application>
  <DocSecurity>0</DocSecurity>
  <Lines>38</Lines>
  <Paragraphs>10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5399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Özgül GÜLAYDIN</cp:lastModifiedBy>
  <cp:revision>2</cp:revision>
  <dcterms:created xsi:type="dcterms:W3CDTF">2025-09-05T09:12:00Z</dcterms:created>
  <dcterms:modified xsi:type="dcterms:W3CDTF">2025-09-05T09:12:00Z</dcterms:modified>
</cp:coreProperties>
</file>